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7711"/>
        <w:gridCol w:w="70"/>
      </w:tblGrid>
      <w:tr w:rsidR="00557FE9" w14:paraId="2984DE06" w14:textId="77777777" w:rsidTr="003A4B2A">
        <w:trPr>
          <w:gridAfter w:val="1"/>
          <w:wAfter w:w="70" w:type="dxa"/>
          <w:jc w:val="center"/>
        </w:trPr>
        <w:tc>
          <w:tcPr>
            <w:tcW w:w="10886" w:type="dxa"/>
            <w:gridSpan w:val="2"/>
            <w:shd w:val="clear" w:color="auto" w:fill="948A54" w:themeFill="background2" w:themeFillShade="80"/>
            <w:tcMar>
              <w:top w:w="230" w:type="dxa"/>
              <w:left w:w="250" w:type="dxa"/>
              <w:bottom w:w="190" w:type="dxa"/>
              <w:right w:w="250" w:type="dxa"/>
            </w:tcMar>
          </w:tcPr>
          <w:p w14:paraId="6443E528" w14:textId="77777777" w:rsidR="00557FE9" w:rsidRPr="003A4B2A" w:rsidRDefault="00000000" w:rsidP="000A3E9E">
            <w:pPr>
              <w:bidi/>
              <w:spacing w:after="40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FFFFFF"/>
                <w:sz w:val="44"/>
                <w:rtl/>
              </w:rPr>
              <w:t>[نام و نام خانوادگی]</w:t>
            </w:r>
          </w:p>
          <w:p w14:paraId="1BBB1C2E" w14:textId="2A91D953" w:rsidR="00557FE9" w:rsidRPr="003A4B2A" w:rsidRDefault="00000000" w:rsidP="003A4B2A">
            <w:pPr>
              <w:tabs>
                <w:tab w:val="center" w:pos="5193"/>
              </w:tabs>
              <w:bidi/>
              <w:spacing w:after="80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4A442A" w:themeColor="background2" w:themeShade="40"/>
                <w:sz w:val="23"/>
                <w:rtl/>
              </w:rPr>
              <w:t>[عنوان شغلی هدف]</w:t>
            </w:r>
            <w:r w:rsidR="003A4B2A" w:rsidRPr="003A4B2A">
              <w:rPr>
                <w:rFonts w:ascii="Yekan Bakh NoEn VF ExtraBlack" w:hAnsi="Yekan Bakh NoEn VF ExtraBlack" w:cs="Yekan Bakh NoEn VF ExtraBlack"/>
                <w:b/>
                <w:color w:val="D8EEF2"/>
                <w:sz w:val="23"/>
                <w:rtl/>
              </w:rPr>
              <w:tab/>
            </w:r>
          </w:p>
          <w:p w14:paraId="7434D2B8" w14:textId="77777777" w:rsidR="00557FE9" w:rsidRPr="003A4B2A" w:rsidRDefault="00000000" w:rsidP="000A3E9E">
            <w:pPr>
              <w:bidi/>
              <w:spacing w:line="240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FFFFFF"/>
                <w:sz w:val="17"/>
                <w:rtl/>
              </w:rPr>
              <w:t>[شماره تماس]  |  [ایمیل]  |  [شهر]  |  [لینکدین/نمونه‌کار]</w:t>
            </w:r>
          </w:p>
        </w:tc>
      </w:tr>
      <w:tr w:rsidR="00557FE9" w14:paraId="67D8654F" w14:textId="77777777" w:rsidTr="003A4B2A">
        <w:trPr>
          <w:trHeight w:val="7943"/>
          <w:jc w:val="center"/>
        </w:trPr>
        <w:tc>
          <w:tcPr>
            <w:tcW w:w="3175" w:type="dxa"/>
            <w:shd w:val="clear" w:color="auto" w:fill="EEECE1" w:themeFill="background2"/>
            <w:tcMar>
              <w:top w:w="180" w:type="dxa"/>
              <w:left w:w="180" w:type="dxa"/>
              <w:bottom w:w="100" w:type="dxa"/>
              <w:right w:w="180" w:type="dxa"/>
            </w:tcMar>
          </w:tcPr>
          <w:p w14:paraId="69464559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tbl>
            <w:tblPr>
              <w:tblW w:w="0" w:type="auto"/>
              <w:jc w:val="righ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175"/>
            </w:tblGrid>
            <w:tr w:rsidR="00557FE9" w:rsidRPr="003A4B2A" w14:paraId="5E3AFF78" w14:textId="77777777" w:rsidTr="003A4B2A">
              <w:trPr>
                <w:jc w:val="right"/>
              </w:trPr>
              <w:tc>
                <w:tcPr>
                  <w:tcW w:w="3175" w:type="dxa"/>
                  <w:shd w:val="clear" w:color="auto" w:fill="948A54" w:themeFill="background2" w:themeFillShade="80"/>
                  <w:tcMar>
                    <w:top w:w="65" w:type="dxa"/>
                    <w:left w:w="100" w:type="dxa"/>
                    <w:bottom w:w="65" w:type="dxa"/>
                    <w:right w:w="100" w:type="dxa"/>
                  </w:tcMar>
                </w:tcPr>
                <w:p w14:paraId="47DF57E0" w14:textId="77777777" w:rsidR="00557FE9" w:rsidRPr="003A4B2A" w:rsidRDefault="00000000" w:rsidP="000A3E9E">
                  <w:pPr>
                    <w:bidi/>
                    <w:rPr>
                      <w:rFonts w:ascii="Yekan Bakh NoEn VF ExtraBlack" w:hAnsi="Yekan Bakh NoEn VF ExtraBlack" w:cs="Yekan Bakh NoEn VF ExtraBlack"/>
                    </w:rPr>
                  </w:pPr>
                  <w:r w:rsidRPr="003A4B2A">
                    <w:rPr>
                      <w:rFonts w:ascii="Yekan Bakh NoEn VF ExtraBlack" w:hAnsi="Yekan Bakh NoEn VF ExtraBlack" w:cs="Yekan Bakh NoEn VF ExtraBlack"/>
                      <w:b/>
                      <w:color w:val="FFFFFF"/>
                      <w:sz w:val="21"/>
                      <w:rtl/>
                    </w:rPr>
                    <w:t>اطلاعات تماس</w:t>
                  </w:r>
                </w:p>
              </w:tc>
            </w:tr>
          </w:tbl>
          <w:p w14:paraId="1867894B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p w14:paraId="570ACEE6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8"/>
                <w:rtl/>
              </w:rPr>
              <w:t xml:space="preserve">تلفن: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[۰۹۱۲۱۲۳۴۵۶۷]</w:t>
            </w:r>
          </w:p>
          <w:p w14:paraId="54B0206D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8"/>
                <w:rtl/>
              </w:rPr>
              <w:t xml:space="preserve">ایمیل: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[name@example.com]</w:t>
            </w:r>
          </w:p>
          <w:p w14:paraId="03D8CB65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8"/>
                <w:rtl/>
              </w:rPr>
              <w:t xml:space="preserve">محل سکونت: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[تهران]</w:t>
            </w:r>
          </w:p>
          <w:p w14:paraId="2EFF9458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8"/>
                <w:rtl/>
              </w:rPr>
              <w:t xml:space="preserve">لینکدین: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[linkedin.com/in/name]</w:t>
            </w:r>
          </w:p>
          <w:tbl>
            <w:tblPr>
              <w:tblW w:w="0" w:type="auto"/>
              <w:jc w:val="righ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175"/>
            </w:tblGrid>
            <w:tr w:rsidR="00557FE9" w:rsidRPr="003A4B2A" w14:paraId="52AFDDD6" w14:textId="77777777" w:rsidTr="003A4B2A">
              <w:trPr>
                <w:jc w:val="right"/>
              </w:trPr>
              <w:tc>
                <w:tcPr>
                  <w:tcW w:w="3175" w:type="dxa"/>
                  <w:shd w:val="clear" w:color="auto" w:fill="948A54" w:themeFill="background2" w:themeFillShade="80"/>
                  <w:tcMar>
                    <w:top w:w="65" w:type="dxa"/>
                    <w:left w:w="100" w:type="dxa"/>
                    <w:bottom w:w="65" w:type="dxa"/>
                    <w:right w:w="100" w:type="dxa"/>
                  </w:tcMar>
                </w:tcPr>
                <w:p w14:paraId="1DEAC5B8" w14:textId="77777777" w:rsidR="00557FE9" w:rsidRPr="003A4B2A" w:rsidRDefault="00000000" w:rsidP="000A3E9E">
                  <w:pPr>
                    <w:bidi/>
                    <w:rPr>
                      <w:rFonts w:ascii="Yekan Bakh NoEn VF ExtraBlack" w:hAnsi="Yekan Bakh NoEn VF ExtraBlack" w:cs="Yekan Bakh NoEn VF ExtraBlack"/>
                    </w:rPr>
                  </w:pPr>
                  <w:r w:rsidRPr="003A4B2A">
                    <w:rPr>
                      <w:rFonts w:ascii="Yekan Bakh NoEn VF ExtraBlack" w:hAnsi="Yekan Bakh NoEn VF ExtraBlack" w:cs="Yekan Bakh NoEn VF ExtraBlack"/>
                      <w:b/>
                      <w:color w:val="FFFFFF"/>
                      <w:sz w:val="21"/>
                      <w:rtl/>
                    </w:rPr>
                    <w:t>مهارت‌های کلیدی</w:t>
                  </w:r>
                </w:p>
              </w:tc>
            </w:tr>
          </w:tbl>
          <w:p w14:paraId="3FDE4B36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p w14:paraId="4DF822BE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[مهارت تخصصی اول]</w:t>
            </w:r>
          </w:p>
          <w:p w14:paraId="4359C1D8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[مهارت تخصصی دوم]</w:t>
            </w:r>
          </w:p>
          <w:p w14:paraId="656E47BE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[مهارت نرم]</w:t>
            </w:r>
          </w:p>
          <w:p w14:paraId="52C340C7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[ابزار یا نرم‌افزار]</w:t>
            </w:r>
          </w:p>
          <w:tbl>
            <w:tblPr>
              <w:tblW w:w="0" w:type="auto"/>
              <w:jc w:val="righ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175"/>
            </w:tblGrid>
            <w:tr w:rsidR="00557FE9" w:rsidRPr="003A4B2A" w14:paraId="3322E972" w14:textId="77777777" w:rsidTr="003A4B2A">
              <w:trPr>
                <w:jc w:val="right"/>
              </w:trPr>
              <w:tc>
                <w:tcPr>
                  <w:tcW w:w="3175" w:type="dxa"/>
                  <w:shd w:val="clear" w:color="auto" w:fill="948A54" w:themeFill="background2" w:themeFillShade="80"/>
                  <w:tcMar>
                    <w:top w:w="65" w:type="dxa"/>
                    <w:left w:w="100" w:type="dxa"/>
                    <w:bottom w:w="65" w:type="dxa"/>
                    <w:right w:w="100" w:type="dxa"/>
                  </w:tcMar>
                </w:tcPr>
                <w:p w14:paraId="2798FCB1" w14:textId="77777777" w:rsidR="00557FE9" w:rsidRPr="003A4B2A" w:rsidRDefault="00000000" w:rsidP="000A3E9E">
                  <w:pPr>
                    <w:bidi/>
                    <w:rPr>
                      <w:rFonts w:ascii="Yekan Bakh NoEn VF ExtraBlack" w:hAnsi="Yekan Bakh NoEn VF ExtraBlack" w:cs="Yekan Bakh NoEn VF ExtraBlack"/>
                    </w:rPr>
                  </w:pPr>
                  <w:r w:rsidRPr="003A4B2A">
                    <w:rPr>
                      <w:rFonts w:ascii="Yekan Bakh NoEn VF ExtraBlack" w:hAnsi="Yekan Bakh NoEn VF ExtraBlack" w:cs="Yekan Bakh NoEn VF ExtraBlack"/>
                      <w:b/>
                      <w:color w:val="FFFFFF"/>
                      <w:sz w:val="21"/>
                      <w:rtl/>
                    </w:rPr>
                    <w:t>زبان‌ها</w:t>
                  </w:r>
                </w:p>
              </w:tc>
            </w:tr>
          </w:tbl>
          <w:p w14:paraId="5D627767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p w14:paraId="258BA514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7"/>
                <w:rtl/>
              </w:rPr>
              <w:t xml:space="preserve">فارسی: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زبان مادری</w:t>
            </w:r>
          </w:p>
          <w:p w14:paraId="7948B100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7"/>
                <w:rtl/>
              </w:rPr>
              <w:t xml:space="preserve">انگلیسی: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[متوسط/پیشرفته]</w:t>
            </w:r>
          </w:p>
          <w:tbl>
            <w:tblPr>
              <w:tblW w:w="0" w:type="auto"/>
              <w:jc w:val="righ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3175"/>
            </w:tblGrid>
            <w:tr w:rsidR="00557FE9" w:rsidRPr="003A4B2A" w14:paraId="503199C6" w14:textId="77777777" w:rsidTr="003A4B2A">
              <w:trPr>
                <w:jc w:val="right"/>
              </w:trPr>
              <w:tc>
                <w:tcPr>
                  <w:tcW w:w="3175" w:type="dxa"/>
                  <w:shd w:val="clear" w:color="auto" w:fill="948A54" w:themeFill="background2" w:themeFillShade="80"/>
                  <w:tcMar>
                    <w:top w:w="65" w:type="dxa"/>
                    <w:left w:w="100" w:type="dxa"/>
                    <w:bottom w:w="65" w:type="dxa"/>
                    <w:right w:w="100" w:type="dxa"/>
                  </w:tcMar>
                </w:tcPr>
                <w:p w14:paraId="74BB4ACD" w14:textId="77777777" w:rsidR="00557FE9" w:rsidRPr="003A4B2A" w:rsidRDefault="00000000" w:rsidP="000A3E9E">
                  <w:pPr>
                    <w:bidi/>
                    <w:rPr>
                      <w:rFonts w:ascii="Yekan Bakh NoEn VF ExtraBlack" w:hAnsi="Yekan Bakh NoEn VF ExtraBlack" w:cs="Yekan Bakh NoEn VF ExtraBlack"/>
                    </w:rPr>
                  </w:pPr>
                  <w:r w:rsidRPr="003A4B2A">
                    <w:rPr>
                      <w:rFonts w:ascii="Yekan Bakh NoEn VF ExtraBlack" w:hAnsi="Yekan Bakh NoEn VF ExtraBlack" w:cs="Yekan Bakh NoEn VF ExtraBlack"/>
                      <w:b/>
                      <w:color w:val="FFFFFF"/>
                      <w:sz w:val="21"/>
                      <w:rtl/>
                    </w:rPr>
                    <w:t>گواهینامه‌ها</w:t>
                  </w:r>
                </w:p>
              </w:tc>
            </w:tr>
          </w:tbl>
          <w:p w14:paraId="19E53226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p w14:paraId="08C1A0E4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[نام گواهینامه] — [سال]</w:t>
            </w:r>
          </w:p>
          <w:p w14:paraId="07461071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7"/>
                <w:rtl/>
              </w:rPr>
              <w:t>• [نام دوره تخصصی] — [مؤسسه]</w:t>
            </w:r>
          </w:p>
        </w:tc>
        <w:tc>
          <w:tcPr>
            <w:tcW w:w="7371" w:type="dxa"/>
            <w:gridSpan w:val="2"/>
            <w:tcMar>
              <w:top w:w="180" w:type="dxa"/>
              <w:left w:w="230" w:type="dxa"/>
              <w:bottom w:w="100" w:type="dxa"/>
              <w:right w:w="200" w:type="dxa"/>
            </w:tcMar>
          </w:tcPr>
          <w:p w14:paraId="25F168B6" w14:textId="77777777" w:rsidR="00557FE9" w:rsidRPr="003A4B2A" w:rsidRDefault="00557FE9">
            <w:pPr>
              <w:rPr>
                <w:rFonts w:ascii="Yekan Bakh NoEn VF ExtraBlack" w:hAnsi="Yekan Bakh NoEn VF ExtraBlack" w:cs="Yekan Bakh NoEn VF ExtraBlack"/>
              </w:rPr>
            </w:pPr>
          </w:p>
          <w:p w14:paraId="394AE7A8" w14:textId="77777777" w:rsidR="00557FE9" w:rsidRPr="003A4B2A" w:rsidRDefault="00000000" w:rsidP="000A3E9E">
            <w:pPr>
              <w:pBdr>
                <w:bottom w:val="single" w:sz="8" w:space="3" w:color="2A7180"/>
              </w:pBdr>
              <w:bidi/>
              <w:spacing w:before="80" w:after="40"/>
              <w:rPr>
                <w:rFonts w:ascii="Yekan Bakh NoEn VF ExtraBlack" w:hAnsi="Yekan Bakh NoEn VF ExtraBlack" w:cs="Yekan Bakh NoEn VF ExtraBlack"/>
                <w:color w:val="948A54" w:themeColor="background2" w:themeShade="80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23"/>
                <w:rtl/>
              </w:rPr>
              <w:t>خلاصه حرفه‌ای</w:t>
            </w:r>
          </w:p>
          <w:p w14:paraId="09A5F432" w14:textId="77777777" w:rsidR="00557FE9" w:rsidRPr="003A4B2A" w:rsidRDefault="00000000" w:rsidP="000A3E9E">
            <w:pPr>
              <w:bidi/>
              <w:spacing w:after="40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[در ۳ تا ۴ خط، تخصص اصلی، میزان تجربه، مهم‌ترین دستاورد و ارزش پیشنهادی خود را بنویسید. متن را دقیق، کوتاه و متناسب با موقعیت شغلی هدف تنظیم کنید.]</w:t>
            </w:r>
          </w:p>
          <w:p w14:paraId="3E95E5AD" w14:textId="77777777" w:rsidR="00557FE9" w:rsidRPr="003A4B2A" w:rsidRDefault="00000000" w:rsidP="000A3E9E">
            <w:pPr>
              <w:pBdr>
                <w:bottom w:val="single" w:sz="8" w:space="3" w:color="2A7180"/>
              </w:pBdr>
              <w:bidi/>
              <w:spacing w:before="80" w:after="40"/>
              <w:rPr>
                <w:rFonts w:ascii="Yekan Bakh NoEn VF ExtraBlack" w:hAnsi="Yekan Bakh NoEn VF ExtraBlack" w:cs="Yekan Bakh NoEn VF ExtraBlack"/>
                <w:color w:val="948A54" w:themeColor="background2" w:themeShade="80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23"/>
                <w:rtl/>
              </w:rPr>
              <w:t>سوابق شغلی</w:t>
            </w:r>
          </w:p>
          <w:p w14:paraId="1798EA94" w14:textId="77777777" w:rsidR="00557FE9" w:rsidRPr="003A4B2A" w:rsidRDefault="00000000" w:rsidP="000A3E9E">
            <w:pPr>
              <w:bidi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rtl/>
              </w:rPr>
              <w:t>[عنوان شغلی] — [نام شرکت]</w:t>
            </w:r>
            <w:r w:rsidRPr="003A4B2A">
              <w:rPr>
                <w:rFonts w:ascii="Yekan Bakh NoEn VF ExtraBlack" w:hAnsi="Yekan Bakh NoEn VF ExtraBlack" w:cs="Yekan Bakh NoEn VF ExtraBlack"/>
                <w:color w:val="948A54" w:themeColor="background2" w:themeShade="80"/>
                <w:sz w:val="17"/>
                <w:rtl/>
              </w:rPr>
              <w:t xml:space="preserve">    </w:t>
            </w:r>
            <w:r w:rsidRPr="003A4B2A">
              <w:rPr>
                <w:rFonts w:ascii="Yekan Bakh NoEn VF ExtraBlack" w:hAnsi="Yekan Bakh NoEn VF ExtraBlack" w:cs="Yekan Bakh NoEn VF ExtraBlack"/>
                <w:color w:val="6A6A6A"/>
                <w:sz w:val="17"/>
                <w:rtl/>
              </w:rPr>
              <w:t>[۱۴۰۱ تا امروز]</w:t>
            </w:r>
          </w:p>
          <w:p w14:paraId="606BE33D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[دستاورد قابل‌اندازه‌گیری؛ مثال: افزایش فروش به میزان ۲۵٪]</w:t>
            </w:r>
          </w:p>
          <w:p w14:paraId="25F99332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[مسئولیت کلیدی مرتبط با شغل هدف]</w:t>
            </w:r>
          </w:p>
          <w:p w14:paraId="7290BE8D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[پروژه یا فرایندی که بهبود داده‌اید]</w:t>
            </w:r>
          </w:p>
          <w:p w14:paraId="35EB1BD0" w14:textId="77777777" w:rsidR="00557FE9" w:rsidRPr="003A4B2A" w:rsidRDefault="00000000" w:rsidP="000A3E9E">
            <w:pPr>
              <w:bidi/>
              <w:spacing w:before="40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163D46"/>
                <w:rtl/>
              </w:rPr>
              <w:t>[عنوان شغلی قبلی] — [نام شرکت]</w:t>
            </w:r>
            <w:r w:rsidRPr="003A4B2A">
              <w:rPr>
                <w:rFonts w:ascii="Yekan Bakh NoEn VF ExtraBlack" w:hAnsi="Yekan Bakh NoEn VF ExtraBlack" w:cs="Yekan Bakh NoEn VF ExtraBlack"/>
                <w:color w:val="6A6A6A"/>
                <w:sz w:val="17"/>
                <w:rtl/>
              </w:rPr>
              <w:t xml:space="preserve">    [۱۳۹۸ تا ۱۴۰۱]</w:t>
            </w:r>
          </w:p>
          <w:p w14:paraId="1796C651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[دستاورد یا مسئولیت مهم]</w:t>
            </w:r>
          </w:p>
          <w:p w14:paraId="0E42DD68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[ابزارها یا مهارت‌های استفاده‌شده]</w:t>
            </w:r>
          </w:p>
          <w:p w14:paraId="3634994D" w14:textId="77777777" w:rsidR="00557FE9" w:rsidRPr="003A4B2A" w:rsidRDefault="00000000" w:rsidP="000A3E9E">
            <w:pPr>
              <w:pBdr>
                <w:bottom w:val="single" w:sz="8" w:space="3" w:color="2A7180"/>
              </w:pBdr>
              <w:bidi/>
              <w:spacing w:before="80" w:after="40"/>
              <w:rPr>
                <w:rFonts w:ascii="Yekan Bakh NoEn VF ExtraBlack" w:hAnsi="Yekan Bakh NoEn VF ExtraBlack" w:cs="Yekan Bakh NoEn VF ExtraBlack"/>
                <w:color w:val="948A54" w:themeColor="background2" w:themeShade="80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23"/>
                <w:rtl/>
              </w:rPr>
              <w:t>تحصیلات</w:t>
            </w:r>
          </w:p>
          <w:p w14:paraId="1AE9F37F" w14:textId="77777777" w:rsidR="00557FE9" w:rsidRPr="003A4B2A" w:rsidRDefault="00000000" w:rsidP="000A3E9E">
            <w:pPr>
              <w:bidi/>
              <w:spacing w:after="20" w:line="252" w:lineRule="auto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18"/>
                <w:rtl/>
              </w:rPr>
              <w:t xml:space="preserve">[مدرک و رشته] </w:t>
            </w: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[نام دانشگاه] — [سال پایان]</w:t>
            </w:r>
          </w:p>
          <w:p w14:paraId="1C2EFE6B" w14:textId="77777777" w:rsidR="00557FE9" w:rsidRPr="003A4B2A" w:rsidRDefault="00000000" w:rsidP="000A3E9E">
            <w:pPr>
              <w:pBdr>
                <w:bottom w:val="single" w:sz="8" w:space="3" w:color="2A7180"/>
              </w:pBdr>
              <w:bidi/>
              <w:spacing w:before="80" w:after="40"/>
              <w:rPr>
                <w:rFonts w:ascii="Yekan Bakh NoEn VF ExtraBlack" w:hAnsi="Yekan Bakh NoEn VF ExtraBlack" w:cs="Yekan Bakh NoEn VF ExtraBlack"/>
                <w:color w:val="948A54" w:themeColor="background2" w:themeShade="80"/>
              </w:rPr>
            </w:pPr>
            <w:r w:rsidRPr="003A4B2A">
              <w:rPr>
                <w:rFonts w:ascii="Yekan Bakh NoEn VF ExtraBlack" w:hAnsi="Yekan Bakh NoEn VF ExtraBlack" w:cs="Yekan Bakh NoEn VF ExtraBlack"/>
                <w:b/>
                <w:color w:val="948A54" w:themeColor="background2" w:themeShade="80"/>
                <w:sz w:val="23"/>
                <w:rtl/>
              </w:rPr>
              <w:t>پروژه‌های منتخب</w:t>
            </w:r>
          </w:p>
          <w:p w14:paraId="51E319F3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[نام پروژه]: توضیح کوتاه درباره مسئله، نقش شما و نتیجه نهایی.</w:t>
            </w:r>
          </w:p>
          <w:p w14:paraId="10675945" w14:textId="77777777" w:rsidR="00557FE9" w:rsidRPr="003A4B2A" w:rsidRDefault="00000000" w:rsidP="000A3E9E">
            <w:pPr>
              <w:bidi/>
              <w:spacing w:after="30" w:line="264" w:lineRule="auto"/>
              <w:ind w:right="85" w:hanging="85"/>
              <w:rPr>
                <w:rFonts w:ascii="Yekan Bakh NoEn VF ExtraBlack" w:hAnsi="Yekan Bakh NoEn VF ExtraBlack" w:cs="Yekan Bakh NoEn VF ExtraBlack"/>
              </w:rPr>
            </w:pPr>
            <w:r w:rsidRPr="003A4B2A">
              <w:rPr>
                <w:rFonts w:ascii="Yekan Bakh NoEn VF ExtraBlack" w:hAnsi="Yekan Bakh NoEn VF ExtraBlack" w:cs="Yekan Bakh NoEn VF ExtraBlack"/>
                <w:color w:val="333333"/>
                <w:sz w:val="18"/>
                <w:rtl/>
              </w:rPr>
              <w:t>• [نام پروژه دوم]: ابزارهای استفاده‌شده و خروجی قابل‌اندازه‌گیری.</w:t>
            </w:r>
          </w:p>
        </w:tc>
      </w:tr>
    </w:tbl>
    <w:p w14:paraId="73B37F35" w14:textId="77777777" w:rsidR="00974EB2" w:rsidRDefault="00974EB2"/>
    <w:sectPr w:rsidR="00974EB2" w:rsidSect="00034616">
      <w:footerReference w:type="default" r:id="rId8"/>
      <w:pgSz w:w="11906" w:h="16838"/>
      <w:pgMar w:top="454" w:right="510" w:bottom="624" w:left="510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EF9B" w14:textId="77777777" w:rsidR="00F21409" w:rsidRDefault="00F21409">
      <w:pPr>
        <w:spacing w:line="240" w:lineRule="auto"/>
      </w:pPr>
      <w:r>
        <w:separator/>
      </w:r>
    </w:p>
  </w:endnote>
  <w:endnote w:type="continuationSeparator" w:id="0">
    <w:p w14:paraId="6F8C1248" w14:textId="77777777" w:rsidR="00F21409" w:rsidRDefault="00F21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63823282-4D84-492C-990B-35AE34A4AC1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Yekan Bakh NoEn VF ExtraBlack">
    <w:panose1 w:val="00000000000000000000"/>
    <w:charset w:val="00"/>
    <w:family w:val="auto"/>
    <w:pitch w:val="variable"/>
    <w:sig w:usb0="80002003" w:usb1="90002160" w:usb2="00000028" w:usb3="00000000" w:csb0="00000041" w:csb1="00000000"/>
    <w:embedRegular r:id="rId2" w:fontKey="{58B6B4DB-6544-40F0-98B8-28F5B3708060}"/>
    <w:embedBold r:id="rId3" w:fontKey="{EF3D1AEC-C891-42E9-B558-99A79E397E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C476" w14:textId="29C56542" w:rsidR="00557FE9" w:rsidRDefault="000A3E9E" w:rsidP="000A3E9E">
    <w:pPr>
      <w:pStyle w:val="Footer"/>
      <w:bidi/>
      <w:jc w:val="center"/>
      <w:rPr>
        <w:color w:val="7A7A7A"/>
        <w:sz w:val="15"/>
        <w:rtl/>
        <w:lang w:bidi="fa-IR"/>
      </w:rPr>
    </w:pPr>
    <w:r>
      <w:rPr>
        <w:rFonts w:hint="cs"/>
        <w:color w:val="7A7A7A"/>
        <w:sz w:val="15"/>
        <w:rtl/>
        <w:lang w:bidi="fa-IR"/>
      </w:rPr>
      <w:t xml:space="preserve"> </w:t>
    </w:r>
  </w:p>
  <w:p w14:paraId="318941F3" w14:textId="77777777" w:rsidR="000A3E9E" w:rsidRDefault="000A3E9E" w:rsidP="000A3E9E">
    <w:pPr>
      <w:pStyle w:val="Footer"/>
      <w:bidi/>
      <w:rPr>
        <w:color w:val="7A7A7A"/>
        <w:sz w:val="15"/>
        <w:rtl/>
        <w:lang w:bidi="fa-IR"/>
      </w:rPr>
    </w:pPr>
  </w:p>
  <w:p w14:paraId="786DDD08" w14:textId="77777777" w:rsidR="000A3E9E" w:rsidRDefault="000A3E9E" w:rsidP="000A3E9E">
    <w:pPr>
      <w:pStyle w:val="Footer"/>
      <w:bidi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CF27" w14:textId="77777777" w:rsidR="00F21409" w:rsidRDefault="00F21409">
      <w:pPr>
        <w:spacing w:line="240" w:lineRule="auto"/>
      </w:pPr>
      <w:r>
        <w:separator/>
      </w:r>
    </w:p>
  </w:footnote>
  <w:footnote w:type="continuationSeparator" w:id="0">
    <w:p w14:paraId="415B9E33" w14:textId="77777777" w:rsidR="00F21409" w:rsidRDefault="00F214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3781508">
    <w:abstractNumId w:val="8"/>
  </w:num>
  <w:num w:numId="2" w16cid:durableId="1908681208">
    <w:abstractNumId w:val="6"/>
  </w:num>
  <w:num w:numId="3" w16cid:durableId="1754931606">
    <w:abstractNumId w:val="5"/>
  </w:num>
  <w:num w:numId="4" w16cid:durableId="224998667">
    <w:abstractNumId w:val="4"/>
  </w:num>
  <w:num w:numId="5" w16cid:durableId="1168670576">
    <w:abstractNumId w:val="7"/>
  </w:num>
  <w:num w:numId="6" w16cid:durableId="1465461191">
    <w:abstractNumId w:val="3"/>
  </w:num>
  <w:num w:numId="7" w16cid:durableId="1073355634">
    <w:abstractNumId w:val="2"/>
  </w:num>
  <w:num w:numId="8" w16cid:durableId="698511878">
    <w:abstractNumId w:val="1"/>
  </w:num>
  <w:num w:numId="9" w16cid:durableId="37469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3E9E"/>
    <w:rsid w:val="0015074B"/>
    <w:rsid w:val="001A477C"/>
    <w:rsid w:val="0029639D"/>
    <w:rsid w:val="00326F90"/>
    <w:rsid w:val="003A4B2A"/>
    <w:rsid w:val="00557FE9"/>
    <w:rsid w:val="00974EB2"/>
    <w:rsid w:val="009B42B7"/>
    <w:rsid w:val="009C5F28"/>
    <w:rsid w:val="009F6B15"/>
    <w:rsid w:val="00AA1D8D"/>
    <w:rsid w:val="00B47730"/>
    <w:rsid w:val="00BF03C6"/>
    <w:rsid w:val="00CB0664"/>
    <w:rsid w:val="00F214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B994B"/>
  <w14:defaultImageDpi w14:val="330"/>
  <w15:docId w15:val="{2CBB0393-0726-4008-8D27-D52D9BD9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ahoma" w:eastAsia="Tahoma" w:hAnsi="Tahoma" w:cs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Hermes Learn</cp:lastModifiedBy>
  <cp:revision>6</cp:revision>
  <dcterms:created xsi:type="dcterms:W3CDTF">2013-12-23T23:15:00Z</dcterms:created>
  <dcterms:modified xsi:type="dcterms:W3CDTF">2026-08-03T10:31:00Z</dcterms:modified>
  <cp:category/>
</cp:coreProperties>
</file>