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FAA3" w14:textId="77777777" w:rsidR="00CD594B" w:rsidRPr="00484F3A" w:rsidRDefault="00000000" w:rsidP="00AF1666">
      <w:pPr>
        <w:bidi/>
        <w:spacing w:after="2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b/>
          <w:color w:val="202020"/>
          <w:sz w:val="46"/>
          <w:rtl/>
        </w:rPr>
        <w:t>[نام و نام خانوادگی]</w:t>
      </w:r>
    </w:p>
    <w:p w14:paraId="666C1A7A" w14:textId="77777777" w:rsidR="00CD594B" w:rsidRPr="00484F3A" w:rsidRDefault="00000000" w:rsidP="00AF1666">
      <w:pPr>
        <w:bidi/>
        <w:spacing w:after="10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b/>
          <w:color w:val="5B5B5B"/>
          <w:sz w:val="23"/>
          <w:rtl/>
        </w:rPr>
        <w:t>[عنوان شغلی هدف]</w:t>
      </w:r>
    </w:p>
    <w:p w14:paraId="5C409D4D" w14:textId="77777777" w:rsidR="00CD594B" w:rsidRPr="00484F3A" w:rsidRDefault="00000000" w:rsidP="00AF1666">
      <w:pPr>
        <w:bidi/>
        <w:spacing w:after="80" w:line="240" w:lineRule="auto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5D5D5D"/>
          <w:sz w:val="17"/>
          <w:rtl/>
        </w:rPr>
        <w:t>[شماره تماس]  |  [ایمیل]  |  [شهر]  |  [لینکدین]</w:t>
      </w:r>
    </w:p>
    <w:p w14:paraId="35DF6ACA" w14:textId="77777777" w:rsidR="00CD594B" w:rsidRPr="00484F3A" w:rsidRDefault="00000000" w:rsidP="00AF1666">
      <w:pPr>
        <w:pBdr>
          <w:bottom w:val="single" w:sz="8" w:space="3" w:color="777777"/>
        </w:pBdr>
        <w:bidi/>
        <w:spacing w:before="80" w:after="4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b/>
          <w:color w:val="1D1D1D"/>
          <w:sz w:val="22"/>
          <w:rtl/>
        </w:rPr>
        <w:t>خلاصه حرفه‌ای</w:t>
      </w:r>
    </w:p>
    <w:p w14:paraId="57109CBA" w14:textId="77777777" w:rsidR="00CD594B" w:rsidRPr="00484F3A" w:rsidRDefault="00000000" w:rsidP="00AF1666">
      <w:pPr>
        <w:bidi/>
        <w:spacing w:after="4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333333"/>
          <w:sz w:val="19"/>
          <w:rtl/>
        </w:rPr>
        <w:t>[خلاصه‌ای کوتاه از تخصص، سابقه، حوزه فعالیت و مهم‌ترین مزیت حرفه‌ای خود بنویسید. این بخش بهتر است بین ۳ تا ۴ خط باشد.]</w:t>
      </w:r>
    </w:p>
    <w:p w14:paraId="33596124" w14:textId="77777777" w:rsidR="00CD594B" w:rsidRPr="00484F3A" w:rsidRDefault="00000000" w:rsidP="00AF1666">
      <w:pPr>
        <w:pBdr>
          <w:bottom w:val="single" w:sz="8" w:space="3" w:color="777777"/>
        </w:pBdr>
        <w:bidi/>
        <w:spacing w:before="80" w:after="4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b/>
          <w:color w:val="1D1D1D"/>
          <w:sz w:val="22"/>
          <w:rtl/>
        </w:rPr>
        <w:t>سوابق شغلی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711"/>
        <w:gridCol w:w="7711"/>
      </w:tblGrid>
      <w:tr w:rsidR="00AF1666" w:rsidRPr="00484F3A" w14:paraId="73B36317" w14:textId="77777777" w:rsidTr="00AF1666">
        <w:trPr>
          <w:jc w:val="center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40" w:type="dxa"/>
            </w:tcMar>
          </w:tcPr>
          <w:p w14:paraId="06F06631" w14:textId="77777777" w:rsidR="00AF1666" w:rsidRPr="00484F3A" w:rsidRDefault="00AF1666">
            <w:pPr>
              <w:bidi/>
              <w:jc w:val="right"/>
              <w:rPr>
                <w:rFonts w:ascii="Yekan Bakh SemiBold" w:hAnsi="Yekan Bakh SemiBold" w:cs="Yekan Bakh SemiBold"/>
              </w:rPr>
            </w:pPr>
            <w:r w:rsidRPr="00484F3A">
              <w:rPr>
                <w:rFonts w:ascii="Yekan Bakh SemiBold" w:hAnsi="Yekan Bakh SemiBold" w:cs="Yekan Bakh SemiBold"/>
                <w:color w:val="6A6A6A"/>
                <w:sz w:val="17"/>
                <w:rtl/>
              </w:rPr>
              <w:t>[۱۴۰۱ تا امروز]</w:t>
            </w:r>
          </w:p>
        </w:tc>
        <w:tc>
          <w:tcPr>
            <w:tcW w:w="7711" w:type="dxa"/>
          </w:tcPr>
          <w:p w14:paraId="08CD7294" w14:textId="77777777" w:rsidR="00AF1666" w:rsidRPr="00484F3A" w:rsidRDefault="00AF1666">
            <w:pPr>
              <w:bidi/>
              <w:jc w:val="right"/>
              <w:rPr>
                <w:rFonts w:ascii="Yekan Bakh SemiBold" w:hAnsi="Yekan Bakh SemiBold" w:cs="Yekan Bakh SemiBold"/>
                <w:b/>
                <w:color w:val="1E1E1E"/>
                <w:rtl/>
              </w:rPr>
            </w:pPr>
          </w:p>
        </w:tc>
        <w:tc>
          <w:tcPr>
            <w:tcW w:w="7711" w:type="dxa"/>
            <w:tcMar>
              <w:top w:w="0" w:type="dxa"/>
              <w:left w:w="40" w:type="dxa"/>
              <w:bottom w:w="0" w:type="dxa"/>
              <w:right w:w="0" w:type="dxa"/>
            </w:tcMar>
          </w:tcPr>
          <w:p w14:paraId="4F8D1D8C" w14:textId="18FBA3F3" w:rsidR="00AF1666" w:rsidRPr="00484F3A" w:rsidRDefault="00AF1666" w:rsidP="00AF1666">
            <w:pPr>
              <w:bidi/>
              <w:jc w:val="right"/>
              <w:rPr>
                <w:rFonts w:ascii="Yekan Bakh SemiBold" w:hAnsi="Yekan Bakh SemiBold" w:cs="Yekan Bakh SemiBold"/>
              </w:rPr>
            </w:pPr>
            <w:r w:rsidRPr="00484F3A">
              <w:rPr>
                <w:rFonts w:ascii="Yekan Bakh SemiBold" w:hAnsi="Yekan Bakh SemiBold" w:cs="Yekan Bakh SemiBold"/>
                <w:b/>
                <w:color w:val="1E1E1E"/>
                <w:rtl/>
              </w:rPr>
              <w:t>[عنوان شغلی فعلی]</w:t>
            </w:r>
            <w:r w:rsidRPr="00484F3A">
              <w:rPr>
                <w:rFonts w:ascii="Yekan Bakh SemiBold" w:hAnsi="Yekan Bakh SemiBold" w:cs="Yekan Bakh SemiBold"/>
                <w:b/>
                <w:color w:val="4C4C4C"/>
                <w:sz w:val="19"/>
                <w:rtl/>
              </w:rPr>
              <w:t xml:space="preserve"> — [نام شرکت]</w:t>
            </w:r>
          </w:p>
        </w:tc>
      </w:tr>
    </w:tbl>
    <w:p w14:paraId="43ED6463" w14:textId="77777777" w:rsidR="00CD594B" w:rsidRPr="00484F3A" w:rsidRDefault="00000000" w:rsidP="00AF1666">
      <w:pPr>
        <w:bidi/>
        <w:spacing w:after="16" w:line="264" w:lineRule="auto"/>
        <w:ind w:right="85" w:hanging="85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333333"/>
          <w:sz w:val="18"/>
          <w:rtl/>
        </w:rPr>
        <w:t>• [دستاورد اصلی و قابل‌اندازه‌گیری]</w:t>
      </w:r>
    </w:p>
    <w:p w14:paraId="05310DB3" w14:textId="77777777" w:rsidR="00CD594B" w:rsidRPr="00484F3A" w:rsidRDefault="00000000" w:rsidP="00AF1666">
      <w:pPr>
        <w:bidi/>
        <w:spacing w:after="16" w:line="264" w:lineRule="auto"/>
        <w:ind w:right="85" w:hanging="85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333333"/>
          <w:sz w:val="18"/>
          <w:rtl/>
        </w:rPr>
        <w:t>• [مسئولیت مرتبط با موقعیت شغلی هدف]</w:t>
      </w:r>
    </w:p>
    <w:p w14:paraId="45E73670" w14:textId="77777777" w:rsidR="00CD594B" w:rsidRPr="00484F3A" w:rsidRDefault="00000000" w:rsidP="00AF1666">
      <w:pPr>
        <w:bidi/>
        <w:spacing w:after="16" w:line="264" w:lineRule="auto"/>
        <w:ind w:right="85" w:hanging="85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333333"/>
          <w:sz w:val="18"/>
          <w:rtl/>
        </w:rPr>
        <w:t>• [بهبود فرایند، کاهش هزینه یا افزایش کیفیت]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711"/>
      </w:tblGrid>
      <w:tr w:rsidR="00CD594B" w:rsidRPr="00484F3A" w14:paraId="318F5896" w14:textId="77777777">
        <w:trPr>
          <w:jc w:val="center"/>
        </w:trPr>
        <w:tc>
          <w:tcPr>
            <w:tcW w:w="2268" w:type="dxa"/>
            <w:tcMar>
              <w:top w:w="0" w:type="dxa"/>
              <w:left w:w="0" w:type="dxa"/>
              <w:bottom w:w="0" w:type="dxa"/>
              <w:right w:w="40" w:type="dxa"/>
            </w:tcMar>
          </w:tcPr>
          <w:p w14:paraId="5220392F" w14:textId="77777777" w:rsidR="00CD594B" w:rsidRPr="00484F3A" w:rsidRDefault="00000000" w:rsidP="00AF1666">
            <w:pPr>
              <w:bidi/>
              <w:rPr>
                <w:rFonts w:ascii="Yekan Bakh SemiBold" w:hAnsi="Yekan Bakh SemiBold" w:cs="Yekan Bakh SemiBold"/>
              </w:rPr>
            </w:pPr>
            <w:r w:rsidRPr="00484F3A">
              <w:rPr>
                <w:rFonts w:ascii="Yekan Bakh SemiBold" w:hAnsi="Yekan Bakh SemiBold" w:cs="Yekan Bakh SemiBold"/>
                <w:color w:val="6A6A6A"/>
                <w:sz w:val="17"/>
                <w:rtl/>
              </w:rPr>
              <w:t>[۱۳۹۸ تا ۱۴۰۱]</w:t>
            </w:r>
          </w:p>
        </w:tc>
        <w:tc>
          <w:tcPr>
            <w:tcW w:w="7711" w:type="dxa"/>
            <w:tcMar>
              <w:top w:w="0" w:type="dxa"/>
              <w:left w:w="40" w:type="dxa"/>
              <w:bottom w:w="0" w:type="dxa"/>
              <w:right w:w="0" w:type="dxa"/>
            </w:tcMar>
          </w:tcPr>
          <w:p w14:paraId="393E9964" w14:textId="77777777" w:rsidR="00CD594B" w:rsidRPr="00484F3A" w:rsidRDefault="00000000" w:rsidP="00AF1666">
            <w:pPr>
              <w:bidi/>
              <w:rPr>
                <w:rFonts w:ascii="Yekan Bakh SemiBold" w:hAnsi="Yekan Bakh SemiBold" w:cs="Yekan Bakh SemiBold"/>
              </w:rPr>
            </w:pPr>
            <w:r w:rsidRPr="00484F3A">
              <w:rPr>
                <w:rFonts w:ascii="Yekan Bakh SemiBold" w:hAnsi="Yekan Bakh SemiBold" w:cs="Yekan Bakh SemiBold"/>
                <w:b/>
                <w:color w:val="1E1E1E"/>
                <w:rtl/>
              </w:rPr>
              <w:t>[عنوان شغلی قبلی]</w:t>
            </w:r>
            <w:r w:rsidRPr="00484F3A">
              <w:rPr>
                <w:rFonts w:ascii="Yekan Bakh SemiBold" w:hAnsi="Yekan Bakh SemiBold" w:cs="Yekan Bakh SemiBold"/>
                <w:b/>
                <w:color w:val="4C4C4C"/>
                <w:sz w:val="19"/>
                <w:rtl/>
              </w:rPr>
              <w:t xml:space="preserve"> — [نام شرکت]</w:t>
            </w:r>
          </w:p>
        </w:tc>
      </w:tr>
    </w:tbl>
    <w:p w14:paraId="6346425D" w14:textId="77777777" w:rsidR="00CD594B" w:rsidRPr="00484F3A" w:rsidRDefault="00000000" w:rsidP="00AF1666">
      <w:pPr>
        <w:bidi/>
        <w:spacing w:after="16" w:line="264" w:lineRule="auto"/>
        <w:ind w:right="85" w:hanging="85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333333"/>
          <w:sz w:val="18"/>
          <w:rtl/>
        </w:rPr>
        <w:t>• [دستاورد یا پروژه مهم]</w:t>
      </w:r>
    </w:p>
    <w:p w14:paraId="196CDBC1" w14:textId="77777777" w:rsidR="00CD594B" w:rsidRPr="00484F3A" w:rsidRDefault="00000000" w:rsidP="00AF1666">
      <w:pPr>
        <w:bidi/>
        <w:spacing w:after="16" w:line="264" w:lineRule="auto"/>
        <w:ind w:right="85" w:hanging="85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333333"/>
          <w:sz w:val="18"/>
          <w:rtl/>
        </w:rPr>
        <w:t>• [مهارت‌ها و ابزارهای استفاده‌شده]</w:t>
      </w:r>
    </w:p>
    <w:p w14:paraId="00373928" w14:textId="77777777" w:rsidR="00CD594B" w:rsidRPr="00484F3A" w:rsidRDefault="00000000" w:rsidP="00AF1666">
      <w:pPr>
        <w:pBdr>
          <w:bottom w:val="single" w:sz="8" w:space="3" w:color="777777"/>
        </w:pBdr>
        <w:bidi/>
        <w:spacing w:before="80" w:after="4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b/>
          <w:color w:val="1D1D1D"/>
          <w:sz w:val="22"/>
          <w:rtl/>
        </w:rPr>
        <w:t>تحصیلات</w:t>
      </w:r>
    </w:p>
    <w:p w14:paraId="6198764A" w14:textId="77777777" w:rsidR="00CD594B" w:rsidRPr="00484F3A" w:rsidRDefault="00000000" w:rsidP="00AF1666">
      <w:pPr>
        <w:bidi/>
        <w:spacing w:after="2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b/>
          <w:color w:val="222222"/>
          <w:sz w:val="19"/>
          <w:rtl/>
        </w:rPr>
        <w:t>[مقطع و رشته تحصیلی]</w:t>
      </w:r>
      <w:r w:rsidRPr="00484F3A">
        <w:rPr>
          <w:rFonts w:ascii="Yekan Bakh SemiBold" w:hAnsi="Yekan Bakh SemiBold" w:cs="Yekan Bakh SemiBold"/>
          <w:color w:val="444444"/>
          <w:sz w:val="18"/>
          <w:rtl/>
        </w:rPr>
        <w:t xml:space="preserve"> — [نام دانشگاه]، [سال پایان]</w:t>
      </w:r>
    </w:p>
    <w:p w14:paraId="30FEEF05" w14:textId="77777777" w:rsidR="00CD594B" w:rsidRPr="00484F3A" w:rsidRDefault="00000000" w:rsidP="00AF1666">
      <w:pPr>
        <w:pBdr>
          <w:bottom w:val="single" w:sz="8" w:space="3" w:color="777777"/>
        </w:pBdr>
        <w:bidi/>
        <w:spacing w:before="80" w:after="4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b/>
          <w:color w:val="1D1D1D"/>
          <w:sz w:val="22"/>
          <w:rtl/>
        </w:rPr>
        <w:t>مهارت‌ها</w:t>
      </w:r>
    </w:p>
    <w:p w14:paraId="3F245787" w14:textId="77777777" w:rsidR="00CD594B" w:rsidRPr="00484F3A" w:rsidRDefault="00000000" w:rsidP="00AF1666">
      <w:pPr>
        <w:bidi/>
        <w:spacing w:after="4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333333"/>
          <w:sz w:val="18"/>
          <w:rtl/>
        </w:rPr>
        <w:t>[مهارت تخصصی اول]  |  [مهارت تخصصی دوم]  |  [نرم‌افزار]  |  [مهارت ارتباطی]  |  [زبان انگلیسی]</w:t>
      </w:r>
    </w:p>
    <w:p w14:paraId="703E9F2C" w14:textId="77777777" w:rsidR="00CD594B" w:rsidRPr="00484F3A" w:rsidRDefault="00000000" w:rsidP="00AF1666">
      <w:pPr>
        <w:pBdr>
          <w:bottom w:val="single" w:sz="8" w:space="3" w:color="777777"/>
        </w:pBdr>
        <w:bidi/>
        <w:spacing w:before="80" w:after="40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b/>
          <w:color w:val="1D1D1D"/>
          <w:sz w:val="22"/>
          <w:rtl/>
        </w:rPr>
        <w:t>دوره‌ها و گواهینامه‌ها</w:t>
      </w:r>
    </w:p>
    <w:p w14:paraId="2D6D3F9D" w14:textId="77777777" w:rsidR="00CD594B" w:rsidRPr="00484F3A" w:rsidRDefault="00000000" w:rsidP="00AF1666">
      <w:pPr>
        <w:bidi/>
        <w:spacing w:after="30" w:line="264" w:lineRule="auto"/>
        <w:ind w:right="85" w:hanging="85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333333"/>
          <w:sz w:val="18"/>
          <w:rtl/>
        </w:rPr>
        <w:t>• [نام دوره یا گواهینامه] — [مؤسسه صادرکننده]، [سال]</w:t>
      </w:r>
    </w:p>
    <w:p w14:paraId="532E41C6" w14:textId="77777777" w:rsidR="00CD594B" w:rsidRPr="00484F3A" w:rsidRDefault="00000000" w:rsidP="00AF1666">
      <w:pPr>
        <w:bidi/>
        <w:spacing w:after="30" w:line="264" w:lineRule="auto"/>
        <w:ind w:right="85" w:hanging="85"/>
        <w:rPr>
          <w:rFonts w:ascii="Yekan Bakh SemiBold" w:hAnsi="Yekan Bakh SemiBold" w:cs="Yekan Bakh SemiBold"/>
        </w:rPr>
      </w:pPr>
      <w:r w:rsidRPr="00484F3A">
        <w:rPr>
          <w:rFonts w:ascii="Yekan Bakh SemiBold" w:hAnsi="Yekan Bakh SemiBold" w:cs="Yekan Bakh SemiBold"/>
          <w:color w:val="333333"/>
          <w:sz w:val="18"/>
          <w:rtl/>
        </w:rPr>
        <w:t>• [نام دوره دوم] — [مؤسسه]، [سال]</w:t>
      </w:r>
    </w:p>
    <w:sectPr w:rsidR="00CD594B" w:rsidRPr="00484F3A" w:rsidSect="00034616">
      <w:footerReference w:type="default" r:id="rId8"/>
      <w:pgSz w:w="11906" w:h="16838"/>
      <w:pgMar w:top="709" w:right="907" w:bottom="567" w:left="907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17837" w14:textId="77777777" w:rsidR="00C943B8" w:rsidRDefault="00C943B8">
      <w:pPr>
        <w:spacing w:line="240" w:lineRule="auto"/>
      </w:pPr>
      <w:r>
        <w:separator/>
      </w:r>
    </w:p>
  </w:endnote>
  <w:endnote w:type="continuationSeparator" w:id="0">
    <w:p w14:paraId="2B4C83E0" w14:textId="77777777" w:rsidR="00C943B8" w:rsidRDefault="00C943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BE74E89E-7A82-4E38-A2C5-05BBD051BF2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Yekan Bakh SemiBold">
    <w:panose1 w:val="00000000000000000000"/>
    <w:charset w:val="00"/>
    <w:family w:val="auto"/>
    <w:pitch w:val="variable"/>
    <w:sig w:usb0="80002003" w:usb1="9000216A" w:usb2="00000028" w:usb3="00000000" w:csb0="00000041" w:csb1="00000000"/>
    <w:embedRegular r:id="rId2" w:fontKey="{A4DF5D35-F1ED-4706-8A7C-BEC554D24AE9}"/>
    <w:embedBold r:id="rId3" w:fontKey="{D1F675DB-5F27-4019-9979-6D53CF7BED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955BF" w14:textId="77777777" w:rsidR="00CD594B" w:rsidRDefault="00000000">
    <w:pPr>
      <w:pStyle w:val="Footer"/>
      <w:bidi/>
      <w:jc w:val="center"/>
    </w:pPr>
    <w:r>
      <w:rPr>
        <w:color w:val="7A7A7A"/>
        <w:sz w:val="15"/>
        <w:rtl/>
      </w:rPr>
      <w:t>قالب قابل‌ویرایش رزومه فارسی | اطلاعات داخل کروشه را جایگزین کنید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C8FF2" w14:textId="77777777" w:rsidR="00C943B8" w:rsidRDefault="00C943B8">
      <w:pPr>
        <w:spacing w:line="240" w:lineRule="auto"/>
      </w:pPr>
      <w:r>
        <w:separator/>
      </w:r>
    </w:p>
  </w:footnote>
  <w:footnote w:type="continuationSeparator" w:id="0">
    <w:p w14:paraId="0CDD4A50" w14:textId="77777777" w:rsidR="00C943B8" w:rsidRDefault="00C943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9847653">
    <w:abstractNumId w:val="8"/>
  </w:num>
  <w:num w:numId="2" w16cid:durableId="199589873">
    <w:abstractNumId w:val="6"/>
  </w:num>
  <w:num w:numId="3" w16cid:durableId="859900328">
    <w:abstractNumId w:val="5"/>
  </w:num>
  <w:num w:numId="4" w16cid:durableId="867059285">
    <w:abstractNumId w:val="4"/>
  </w:num>
  <w:num w:numId="5" w16cid:durableId="1663267140">
    <w:abstractNumId w:val="7"/>
  </w:num>
  <w:num w:numId="6" w16cid:durableId="329254638">
    <w:abstractNumId w:val="3"/>
  </w:num>
  <w:num w:numId="7" w16cid:durableId="453603280">
    <w:abstractNumId w:val="2"/>
  </w:num>
  <w:num w:numId="8" w16cid:durableId="1756322857">
    <w:abstractNumId w:val="1"/>
  </w:num>
  <w:num w:numId="9" w16cid:durableId="142078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078E"/>
    <w:rsid w:val="0015074B"/>
    <w:rsid w:val="0029639D"/>
    <w:rsid w:val="00326F90"/>
    <w:rsid w:val="00484F3A"/>
    <w:rsid w:val="009B42B7"/>
    <w:rsid w:val="00AA1D8D"/>
    <w:rsid w:val="00AF1666"/>
    <w:rsid w:val="00B47730"/>
    <w:rsid w:val="00C943B8"/>
    <w:rsid w:val="00CB0664"/>
    <w:rsid w:val="00CD594B"/>
    <w:rsid w:val="00D040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572AF9"/>
  <w14:defaultImageDpi w14:val="330"/>
  <w15:docId w15:val="{2CBB0393-0726-4008-8D27-D52D9BD9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Tahoma" w:eastAsia="Tahoma" w:hAnsi="Tahoma" w:cs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Hermes Learn</cp:lastModifiedBy>
  <cp:revision>4</cp:revision>
  <dcterms:created xsi:type="dcterms:W3CDTF">2013-12-23T23:15:00Z</dcterms:created>
  <dcterms:modified xsi:type="dcterms:W3CDTF">2026-08-03T10:32:00Z</dcterms:modified>
  <cp:category/>
</cp:coreProperties>
</file>