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  <w:shd w:val="clear" w:color="auto" w:fill="548DD4" w:themeFill="text2" w:themeFillTint="99"/>
        <w:tblLayout w:type="fixed"/>
        <w:tblLook w:val="04A0" w:firstRow="1" w:lastRow="0" w:firstColumn="1" w:lastColumn="0" w:noHBand="0" w:noVBand="1"/>
      </w:tblPr>
      <w:tblGrid>
        <w:gridCol w:w="3402"/>
        <w:gridCol w:w="7257"/>
      </w:tblGrid>
      <w:tr w:rsidR="006D4CF8" w:rsidRPr="007375A4" w14:paraId="27F56CF2" w14:textId="77777777" w:rsidTr="00F1300A">
        <w:trPr>
          <w:jc w:val="center"/>
        </w:trPr>
        <w:tc>
          <w:tcPr>
            <w:tcW w:w="3402" w:type="dxa"/>
            <w:shd w:val="clear" w:color="auto" w:fill="548DD4" w:themeFill="text2" w:themeFillTint="99"/>
            <w:tcMar>
              <w:top w:w="170" w:type="dxa"/>
              <w:left w:w="180" w:type="dxa"/>
              <w:bottom w:w="150" w:type="dxa"/>
              <w:right w:w="180" w:type="dxa"/>
            </w:tcMar>
          </w:tcPr>
          <w:p w14:paraId="246B4E76" w14:textId="77777777" w:rsidR="006D4CF8" w:rsidRPr="007375A4" w:rsidRDefault="00000000" w:rsidP="00F1300A">
            <w:pPr>
              <w:bidi/>
              <w:spacing w:after="20" w:line="240" w:lineRule="auto"/>
              <w:rPr>
                <w:rFonts w:ascii="Yekan Bakh FaNum VF Black" w:hAnsi="Yekan Bakh FaNum VF Black" w:cs="Yekan Bakh FaNum VF Black"/>
              </w:rPr>
            </w:pPr>
            <w:r w:rsidRPr="007375A4">
              <w:rPr>
                <w:rFonts w:ascii="Yekan Bakh FaNum VF Black" w:hAnsi="Yekan Bakh FaNum VF Black" w:cs="Yekan Bakh FaNum VF Black"/>
                <w:color w:val="FFFFFF"/>
                <w:sz w:val="17"/>
                <w:rtl/>
              </w:rPr>
              <w:t>[تلفن]</w:t>
            </w:r>
          </w:p>
          <w:p w14:paraId="43ADD50A" w14:textId="77777777" w:rsidR="006D4CF8" w:rsidRPr="007375A4" w:rsidRDefault="00000000" w:rsidP="00F1300A">
            <w:pPr>
              <w:bidi/>
              <w:spacing w:after="20" w:line="240" w:lineRule="auto"/>
              <w:rPr>
                <w:rFonts w:ascii="Yekan Bakh FaNum VF Black" w:hAnsi="Yekan Bakh FaNum VF Black" w:cs="Yekan Bakh FaNum VF Black"/>
              </w:rPr>
            </w:pPr>
            <w:r w:rsidRPr="007375A4">
              <w:rPr>
                <w:rFonts w:ascii="Yekan Bakh FaNum VF Black" w:hAnsi="Yekan Bakh FaNum VF Black" w:cs="Yekan Bakh FaNum VF Black"/>
                <w:color w:val="FFFFFF"/>
                <w:sz w:val="17"/>
                <w:rtl/>
              </w:rPr>
              <w:t>[ایمیل]</w:t>
            </w:r>
          </w:p>
          <w:p w14:paraId="7ED2C81B" w14:textId="77777777" w:rsidR="006D4CF8" w:rsidRPr="007375A4" w:rsidRDefault="00000000" w:rsidP="00F1300A">
            <w:pPr>
              <w:bidi/>
              <w:spacing w:line="240" w:lineRule="auto"/>
              <w:rPr>
                <w:rFonts w:ascii="Yekan Bakh FaNum VF Black" w:hAnsi="Yekan Bakh FaNum VF Black" w:cs="Yekan Bakh FaNum VF Black"/>
              </w:rPr>
            </w:pPr>
            <w:r w:rsidRPr="007375A4">
              <w:rPr>
                <w:rFonts w:ascii="Yekan Bakh FaNum VF Black" w:hAnsi="Yekan Bakh FaNum VF Black" w:cs="Yekan Bakh FaNum VF Black"/>
                <w:color w:val="FFFFFF"/>
                <w:sz w:val="17"/>
                <w:rtl/>
              </w:rPr>
              <w:t>[لینکدین / نمونه‌کار]</w:t>
            </w:r>
          </w:p>
        </w:tc>
        <w:tc>
          <w:tcPr>
            <w:tcW w:w="7257" w:type="dxa"/>
            <w:shd w:val="clear" w:color="auto" w:fill="548DD4" w:themeFill="text2" w:themeFillTint="99"/>
            <w:tcMar>
              <w:top w:w="170" w:type="dxa"/>
              <w:left w:w="220" w:type="dxa"/>
              <w:bottom w:w="150" w:type="dxa"/>
              <w:right w:w="220" w:type="dxa"/>
            </w:tcMar>
          </w:tcPr>
          <w:p w14:paraId="7753AE17" w14:textId="77777777" w:rsidR="006D4CF8" w:rsidRPr="007375A4" w:rsidRDefault="00000000" w:rsidP="00F1300A">
            <w:pPr>
              <w:bidi/>
              <w:spacing w:after="40"/>
              <w:rPr>
                <w:rFonts w:ascii="Yekan Bakh FaNum VF Black" w:hAnsi="Yekan Bakh FaNum VF Black" w:cs="Yekan Bakh FaNum VF Black"/>
              </w:rPr>
            </w:pPr>
            <w:r w:rsidRPr="007375A4">
              <w:rPr>
                <w:rFonts w:ascii="Yekan Bakh FaNum VF Black" w:hAnsi="Yekan Bakh FaNum VF Black" w:cs="Yekan Bakh FaNum VF Black"/>
                <w:b/>
                <w:color w:val="FFFFFF"/>
                <w:sz w:val="40"/>
                <w:rtl/>
              </w:rPr>
              <w:t>[نام و نام خانوادگی]</w:t>
            </w:r>
          </w:p>
          <w:p w14:paraId="604A92FA" w14:textId="77777777" w:rsidR="006D4CF8" w:rsidRPr="007375A4" w:rsidRDefault="00000000" w:rsidP="00F1300A">
            <w:pPr>
              <w:bidi/>
              <w:rPr>
                <w:rFonts w:ascii="Yekan Bakh FaNum VF Black" w:hAnsi="Yekan Bakh FaNum VF Black" w:cs="Yekan Bakh FaNum VF Black"/>
              </w:rPr>
            </w:pPr>
            <w:r w:rsidRPr="007375A4">
              <w:rPr>
                <w:rFonts w:ascii="Yekan Bakh FaNum VF Black" w:hAnsi="Yekan Bakh FaNum VF Black" w:cs="Yekan Bakh FaNum VF Black"/>
                <w:b/>
                <w:color w:val="BFD3EA"/>
                <w:sz w:val="21"/>
                <w:rtl/>
              </w:rPr>
              <w:t>[عنوان شغلی | حوزه تخصصی]</w:t>
            </w:r>
          </w:p>
        </w:tc>
      </w:tr>
    </w:tbl>
    <w:p w14:paraId="0D613784" w14:textId="77777777" w:rsidR="006D4CF8" w:rsidRPr="007375A4" w:rsidRDefault="00000000" w:rsidP="00F1300A">
      <w:pPr>
        <w:pBdr>
          <w:bottom w:val="single" w:sz="8" w:space="3" w:color="3E6F9D"/>
        </w:pBdr>
        <w:bidi/>
        <w:spacing w:before="80" w:after="40"/>
        <w:rPr>
          <w:rFonts w:ascii="Yekan Bakh FaNum VF Black" w:hAnsi="Yekan Bakh FaNum VF Black" w:cs="Yekan Bakh FaNum VF Black"/>
        </w:rPr>
      </w:pPr>
      <w:r w:rsidRPr="007375A4">
        <w:rPr>
          <w:rFonts w:ascii="Yekan Bakh FaNum VF Black" w:hAnsi="Yekan Bakh FaNum VF Black" w:cs="Yekan Bakh FaNum VF Black"/>
          <w:b/>
          <w:color w:val="0F315B"/>
          <w:sz w:val="23"/>
          <w:rtl/>
        </w:rPr>
        <w:t>ارزش پیشنهادی من برای کارفرما</w:t>
      </w:r>
    </w:p>
    <w:p w14:paraId="659B6DE3" w14:textId="77777777" w:rsidR="006D4CF8" w:rsidRPr="007375A4" w:rsidRDefault="00000000" w:rsidP="00F1300A">
      <w:pPr>
        <w:bidi/>
        <w:spacing w:after="80"/>
        <w:rPr>
          <w:rFonts w:ascii="Yekan Bakh FaNum VF Black" w:hAnsi="Yekan Bakh FaNum VF Black" w:cs="Yekan Bakh FaNum VF Black"/>
        </w:rPr>
      </w:pPr>
      <w:r w:rsidRPr="007375A4">
        <w:rPr>
          <w:rFonts w:ascii="Yekan Bakh FaNum VF Black" w:hAnsi="Yekan Bakh FaNum VF Black" w:cs="Yekan Bakh FaNum VF Black"/>
          <w:color w:val="2F3A46"/>
          <w:sz w:val="19"/>
          <w:rtl/>
        </w:rPr>
        <w:t>[در ۲ تا ۳ خط توضیح دهید چه مسئله‌ای را برای کسب‌وکار حل می‌کنید، در چه حوزه‌ای قوی هستید و چرا برای این موقعیت انتخاب مناسبی هستید.]</w:t>
      </w:r>
    </w:p>
    <w:tbl>
      <w:tblPr>
        <w:tblW w:w="0" w:type="auto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3458"/>
        <w:gridCol w:w="3458"/>
        <w:gridCol w:w="3458"/>
      </w:tblGrid>
      <w:tr w:rsidR="006D4CF8" w:rsidRPr="007375A4" w14:paraId="1141EC34" w14:textId="77777777">
        <w:trPr>
          <w:jc w:val="center"/>
        </w:trPr>
        <w:tc>
          <w:tcPr>
            <w:tcW w:w="3458" w:type="dxa"/>
            <w:shd w:val="clear" w:color="auto" w:fill="EAF0F6"/>
            <w:tcMar>
              <w:top w:w="115" w:type="dxa"/>
              <w:left w:w="100" w:type="dxa"/>
              <w:bottom w:w="115" w:type="dxa"/>
              <w:right w:w="100" w:type="dxa"/>
            </w:tcMar>
          </w:tcPr>
          <w:p w14:paraId="16D37A61" w14:textId="77777777" w:rsidR="006D4CF8" w:rsidRPr="007375A4" w:rsidRDefault="00000000">
            <w:pPr>
              <w:bidi/>
              <w:jc w:val="center"/>
              <w:rPr>
                <w:rFonts w:ascii="Yekan Bakh FaNum VF Black" w:hAnsi="Yekan Bakh FaNum VF Black" w:cs="Yekan Bakh FaNum VF Black"/>
              </w:rPr>
            </w:pPr>
            <w:r w:rsidRPr="007375A4">
              <w:rPr>
                <w:rFonts w:ascii="Yekan Bakh FaNum VF Black" w:hAnsi="Yekan Bakh FaNum VF Black" w:cs="Yekan Bakh FaNum VF Black"/>
                <w:b/>
                <w:color w:val="0F315B"/>
                <w:sz w:val="29"/>
                <w:rtl/>
              </w:rPr>
              <w:t>[عدد/درصد]</w:t>
            </w:r>
          </w:p>
          <w:p w14:paraId="4A0A97B5" w14:textId="77777777" w:rsidR="006D4CF8" w:rsidRPr="007375A4" w:rsidRDefault="00000000">
            <w:pPr>
              <w:bidi/>
              <w:jc w:val="center"/>
              <w:rPr>
                <w:rFonts w:ascii="Yekan Bakh FaNum VF Black" w:hAnsi="Yekan Bakh FaNum VF Black" w:cs="Yekan Bakh FaNum VF Black"/>
              </w:rPr>
            </w:pPr>
            <w:r w:rsidRPr="007375A4">
              <w:rPr>
                <w:rFonts w:ascii="Yekan Bakh FaNum VF Black" w:hAnsi="Yekan Bakh FaNum VF Black" w:cs="Yekan Bakh FaNum VF Black"/>
                <w:b/>
                <w:color w:val="4E657B"/>
                <w:sz w:val="16"/>
                <w:rtl/>
              </w:rPr>
              <w:t>[دستاورد کلیدی]</w:t>
            </w:r>
          </w:p>
        </w:tc>
        <w:tc>
          <w:tcPr>
            <w:tcW w:w="3458" w:type="dxa"/>
            <w:shd w:val="clear" w:color="auto" w:fill="EAF0F6"/>
            <w:tcMar>
              <w:top w:w="115" w:type="dxa"/>
              <w:left w:w="100" w:type="dxa"/>
              <w:bottom w:w="115" w:type="dxa"/>
              <w:right w:w="100" w:type="dxa"/>
            </w:tcMar>
          </w:tcPr>
          <w:p w14:paraId="136AC4A3" w14:textId="77777777" w:rsidR="006D4CF8" w:rsidRPr="007375A4" w:rsidRDefault="00000000">
            <w:pPr>
              <w:bidi/>
              <w:jc w:val="center"/>
              <w:rPr>
                <w:rFonts w:ascii="Yekan Bakh FaNum VF Black" w:hAnsi="Yekan Bakh FaNum VF Black" w:cs="Yekan Bakh FaNum VF Black"/>
              </w:rPr>
            </w:pPr>
            <w:r w:rsidRPr="007375A4">
              <w:rPr>
                <w:rFonts w:ascii="Yekan Bakh FaNum VF Black" w:hAnsi="Yekan Bakh FaNum VF Black" w:cs="Yekan Bakh FaNum VF Black"/>
                <w:b/>
                <w:color w:val="0F315B"/>
                <w:sz w:val="29"/>
                <w:rtl/>
              </w:rPr>
              <w:t>[عدد/درصد]</w:t>
            </w:r>
          </w:p>
          <w:p w14:paraId="02065871" w14:textId="77777777" w:rsidR="006D4CF8" w:rsidRPr="007375A4" w:rsidRDefault="00000000">
            <w:pPr>
              <w:bidi/>
              <w:jc w:val="center"/>
              <w:rPr>
                <w:rFonts w:ascii="Yekan Bakh FaNum VF Black" w:hAnsi="Yekan Bakh FaNum VF Black" w:cs="Yekan Bakh FaNum VF Black"/>
              </w:rPr>
            </w:pPr>
            <w:r w:rsidRPr="007375A4">
              <w:rPr>
                <w:rFonts w:ascii="Yekan Bakh FaNum VF Black" w:hAnsi="Yekan Bakh FaNum VF Black" w:cs="Yekan Bakh FaNum VF Black"/>
                <w:b/>
                <w:color w:val="4E657B"/>
                <w:sz w:val="16"/>
                <w:rtl/>
              </w:rPr>
              <w:t>[رشد یا صرفه‌جویی]</w:t>
            </w:r>
          </w:p>
        </w:tc>
        <w:tc>
          <w:tcPr>
            <w:tcW w:w="3458" w:type="dxa"/>
            <w:shd w:val="clear" w:color="auto" w:fill="EAF0F6"/>
            <w:tcMar>
              <w:top w:w="115" w:type="dxa"/>
              <w:left w:w="100" w:type="dxa"/>
              <w:bottom w:w="115" w:type="dxa"/>
              <w:right w:w="100" w:type="dxa"/>
            </w:tcMar>
          </w:tcPr>
          <w:p w14:paraId="487B9582" w14:textId="77777777" w:rsidR="006D4CF8" w:rsidRPr="007375A4" w:rsidRDefault="00000000">
            <w:pPr>
              <w:bidi/>
              <w:jc w:val="center"/>
              <w:rPr>
                <w:rFonts w:ascii="Yekan Bakh FaNum VF Black" w:hAnsi="Yekan Bakh FaNum VF Black" w:cs="Yekan Bakh FaNum VF Black"/>
              </w:rPr>
            </w:pPr>
            <w:r w:rsidRPr="007375A4">
              <w:rPr>
                <w:rFonts w:ascii="Yekan Bakh FaNum VF Black" w:hAnsi="Yekan Bakh FaNum VF Black" w:cs="Yekan Bakh FaNum VF Black"/>
                <w:b/>
                <w:color w:val="0F315B"/>
                <w:sz w:val="29"/>
                <w:rtl/>
              </w:rPr>
              <w:t>[عدد/تعداد]</w:t>
            </w:r>
          </w:p>
          <w:p w14:paraId="48236762" w14:textId="77777777" w:rsidR="006D4CF8" w:rsidRPr="007375A4" w:rsidRDefault="00000000">
            <w:pPr>
              <w:bidi/>
              <w:jc w:val="center"/>
              <w:rPr>
                <w:rFonts w:ascii="Yekan Bakh FaNum VF Black" w:hAnsi="Yekan Bakh FaNum VF Black" w:cs="Yekan Bakh FaNum VF Black"/>
              </w:rPr>
            </w:pPr>
            <w:r w:rsidRPr="007375A4">
              <w:rPr>
                <w:rFonts w:ascii="Yekan Bakh FaNum VF Black" w:hAnsi="Yekan Bakh FaNum VF Black" w:cs="Yekan Bakh FaNum VF Black"/>
                <w:b/>
                <w:color w:val="4E657B"/>
                <w:sz w:val="16"/>
                <w:rtl/>
              </w:rPr>
              <w:t>[پروژه یا مشتری]</w:t>
            </w:r>
          </w:p>
        </w:tc>
      </w:tr>
    </w:tbl>
    <w:p w14:paraId="290F32F3" w14:textId="77777777" w:rsidR="006D4CF8" w:rsidRPr="007375A4" w:rsidRDefault="00000000" w:rsidP="00F1300A">
      <w:pPr>
        <w:pBdr>
          <w:bottom w:val="single" w:sz="8" w:space="3" w:color="3E6F9D"/>
        </w:pBdr>
        <w:bidi/>
        <w:spacing w:before="80" w:after="40"/>
        <w:rPr>
          <w:rFonts w:ascii="Yekan Bakh FaNum VF Black" w:hAnsi="Yekan Bakh FaNum VF Black" w:cs="Yekan Bakh FaNum VF Black"/>
        </w:rPr>
      </w:pPr>
      <w:r w:rsidRPr="007375A4">
        <w:rPr>
          <w:rFonts w:ascii="Yekan Bakh FaNum VF Black" w:hAnsi="Yekan Bakh FaNum VF Black" w:cs="Yekan Bakh FaNum VF Black"/>
          <w:b/>
          <w:color w:val="0F315B"/>
          <w:sz w:val="23"/>
          <w:rtl/>
        </w:rPr>
        <w:t>تجربه مرتبط</w:t>
      </w:r>
    </w:p>
    <w:p w14:paraId="472266A0" w14:textId="77777777" w:rsidR="006D4CF8" w:rsidRPr="007375A4" w:rsidRDefault="00000000" w:rsidP="00F1300A">
      <w:pPr>
        <w:bidi/>
        <w:rPr>
          <w:rFonts w:ascii="Yekan Bakh FaNum VF Black" w:hAnsi="Yekan Bakh FaNum VF Black" w:cs="Yekan Bakh FaNum VF Black"/>
        </w:rPr>
      </w:pPr>
      <w:r w:rsidRPr="007375A4">
        <w:rPr>
          <w:rFonts w:ascii="Yekan Bakh FaNum VF Black" w:hAnsi="Yekan Bakh FaNum VF Black" w:cs="Yekan Bakh FaNum VF Black"/>
          <w:b/>
          <w:color w:val="183B63"/>
          <w:rtl/>
        </w:rPr>
        <w:t>[عنوان شغلی] — [نام شرکت / استارتاپ]</w:t>
      </w:r>
      <w:r w:rsidRPr="007375A4">
        <w:rPr>
          <w:rFonts w:ascii="Yekan Bakh FaNum VF Black" w:hAnsi="Yekan Bakh FaNum VF Black" w:cs="Yekan Bakh FaNum VF Black"/>
          <w:color w:val="6D7680"/>
          <w:sz w:val="17"/>
          <w:rtl/>
        </w:rPr>
        <w:t xml:space="preserve">    [۱۴۰۱ تا امروز]</w:t>
      </w:r>
    </w:p>
    <w:p w14:paraId="0DC7D382" w14:textId="77777777" w:rsidR="006D4CF8" w:rsidRPr="007375A4" w:rsidRDefault="00000000" w:rsidP="00F1300A">
      <w:pPr>
        <w:bidi/>
        <w:spacing w:after="16" w:line="264" w:lineRule="auto"/>
        <w:ind w:right="85" w:hanging="85"/>
        <w:rPr>
          <w:rFonts w:ascii="Yekan Bakh FaNum VF Black" w:hAnsi="Yekan Bakh FaNum VF Black" w:cs="Yekan Bakh FaNum VF Black"/>
        </w:rPr>
      </w:pPr>
      <w:r w:rsidRPr="007375A4">
        <w:rPr>
          <w:rFonts w:ascii="Yekan Bakh FaNum VF Black" w:hAnsi="Yekan Bakh FaNum VF Black" w:cs="Yekan Bakh FaNum VF Black"/>
          <w:color w:val="333333"/>
          <w:sz w:val="18"/>
          <w:rtl/>
        </w:rPr>
        <w:t>• [یک نتیجه تجاری مشخص؛ مانند افزایش نرخ تبدیل، رشد فروش یا کاهش زمان انجام کار]</w:t>
      </w:r>
    </w:p>
    <w:p w14:paraId="4609CB5D" w14:textId="77777777" w:rsidR="006D4CF8" w:rsidRPr="007375A4" w:rsidRDefault="00000000" w:rsidP="00F1300A">
      <w:pPr>
        <w:bidi/>
        <w:spacing w:after="16" w:line="264" w:lineRule="auto"/>
        <w:ind w:right="85" w:hanging="85"/>
        <w:rPr>
          <w:rFonts w:ascii="Yekan Bakh FaNum VF Black" w:hAnsi="Yekan Bakh FaNum VF Black" w:cs="Yekan Bakh FaNum VF Black"/>
        </w:rPr>
      </w:pPr>
      <w:r w:rsidRPr="007375A4">
        <w:rPr>
          <w:rFonts w:ascii="Yekan Bakh FaNum VF Black" w:hAnsi="Yekan Bakh FaNum VF Black" w:cs="Yekan Bakh FaNum VF Black"/>
          <w:color w:val="333333"/>
          <w:sz w:val="18"/>
          <w:rtl/>
        </w:rPr>
        <w:t>• [نقش شما در همکاری بین تیمی، اجرا یا حل مسئله]</w:t>
      </w:r>
    </w:p>
    <w:p w14:paraId="00CB7DEA" w14:textId="77777777" w:rsidR="006D4CF8" w:rsidRPr="007375A4" w:rsidRDefault="00000000" w:rsidP="00F1300A">
      <w:pPr>
        <w:bidi/>
        <w:spacing w:after="16" w:line="264" w:lineRule="auto"/>
        <w:ind w:right="85" w:hanging="85"/>
        <w:rPr>
          <w:rFonts w:ascii="Yekan Bakh FaNum VF Black" w:hAnsi="Yekan Bakh FaNum VF Black" w:cs="Yekan Bakh FaNum VF Black"/>
        </w:rPr>
      </w:pPr>
      <w:r w:rsidRPr="007375A4">
        <w:rPr>
          <w:rFonts w:ascii="Yekan Bakh FaNum VF Black" w:hAnsi="Yekan Bakh FaNum VF Black" w:cs="Yekan Bakh FaNum VF Black"/>
          <w:color w:val="333333"/>
          <w:sz w:val="18"/>
          <w:rtl/>
        </w:rPr>
        <w:t>• [ابزار، روش یا فرایندی که ایجاد یا بهینه کرده‌اید]</w:t>
      </w:r>
    </w:p>
    <w:p w14:paraId="19AA264B" w14:textId="77777777" w:rsidR="006D4CF8" w:rsidRPr="007375A4" w:rsidRDefault="00000000" w:rsidP="00F1300A">
      <w:pPr>
        <w:bidi/>
        <w:spacing w:before="30"/>
        <w:rPr>
          <w:rFonts w:ascii="Yekan Bakh FaNum VF Black" w:hAnsi="Yekan Bakh FaNum VF Black" w:cs="Yekan Bakh FaNum VF Black"/>
        </w:rPr>
      </w:pPr>
      <w:r w:rsidRPr="007375A4">
        <w:rPr>
          <w:rFonts w:ascii="Yekan Bakh FaNum VF Black" w:hAnsi="Yekan Bakh FaNum VF Black" w:cs="Yekan Bakh FaNum VF Black"/>
          <w:b/>
          <w:color w:val="183B63"/>
          <w:rtl/>
        </w:rPr>
        <w:t>[عنوان شغلی قبلی] — [نام مجموعه]</w:t>
      </w:r>
      <w:r w:rsidRPr="007375A4">
        <w:rPr>
          <w:rFonts w:ascii="Yekan Bakh FaNum VF Black" w:hAnsi="Yekan Bakh FaNum VF Black" w:cs="Yekan Bakh FaNum VF Black"/>
          <w:color w:val="6D7680"/>
          <w:sz w:val="17"/>
          <w:rtl/>
        </w:rPr>
        <w:t xml:space="preserve">    [۱۳۹۹ تا ۱۴۰۱]</w:t>
      </w:r>
    </w:p>
    <w:p w14:paraId="2F8BCC23" w14:textId="77777777" w:rsidR="006D4CF8" w:rsidRPr="007375A4" w:rsidRDefault="00000000" w:rsidP="00F1300A">
      <w:pPr>
        <w:bidi/>
        <w:spacing w:after="16" w:line="264" w:lineRule="auto"/>
        <w:ind w:right="85" w:hanging="85"/>
        <w:rPr>
          <w:rFonts w:ascii="Yekan Bakh FaNum VF Black" w:hAnsi="Yekan Bakh FaNum VF Black" w:cs="Yekan Bakh FaNum VF Black"/>
        </w:rPr>
      </w:pPr>
      <w:r w:rsidRPr="007375A4">
        <w:rPr>
          <w:rFonts w:ascii="Yekan Bakh FaNum VF Black" w:hAnsi="Yekan Bakh FaNum VF Black" w:cs="Yekan Bakh FaNum VF Black"/>
          <w:color w:val="333333"/>
          <w:sz w:val="18"/>
          <w:rtl/>
        </w:rPr>
        <w:t>• [دستاورد یا پروژه مهم]</w:t>
      </w:r>
    </w:p>
    <w:p w14:paraId="2123253C" w14:textId="77777777" w:rsidR="006D4CF8" w:rsidRPr="007375A4" w:rsidRDefault="00000000" w:rsidP="00F1300A">
      <w:pPr>
        <w:bidi/>
        <w:spacing w:after="16" w:line="264" w:lineRule="auto"/>
        <w:ind w:right="85" w:hanging="85"/>
        <w:rPr>
          <w:rFonts w:ascii="Yekan Bakh FaNum VF Black" w:hAnsi="Yekan Bakh FaNum VF Black" w:cs="Yekan Bakh FaNum VF Black"/>
        </w:rPr>
      </w:pPr>
      <w:r w:rsidRPr="007375A4">
        <w:rPr>
          <w:rFonts w:ascii="Yekan Bakh FaNum VF Black" w:hAnsi="Yekan Bakh FaNum VF Black" w:cs="Yekan Bakh FaNum VF Black"/>
          <w:color w:val="333333"/>
          <w:sz w:val="18"/>
          <w:rtl/>
        </w:rPr>
        <w:t>• [مسئولیت مرتبط با موقعیت شغلی هدف]</w:t>
      </w:r>
    </w:p>
    <w:tbl>
      <w:tblPr>
        <w:tblW w:w="0" w:type="auto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3969"/>
        <w:gridCol w:w="6690"/>
      </w:tblGrid>
      <w:tr w:rsidR="006D4CF8" w:rsidRPr="007375A4" w14:paraId="3B7BAA5F" w14:textId="77777777">
        <w:trPr>
          <w:jc w:val="center"/>
        </w:trPr>
        <w:tc>
          <w:tcPr>
            <w:tcW w:w="3969" w:type="dxa"/>
            <w:tcMar>
              <w:top w:w="70" w:type="dxa"/>
              <w:left w:w="0" w:type="dxa"/>
              <w:bottom w:w="0" w:type="dxa"/>
              <w:right w:w="170" w:type="dxa"/>
            </w:tcMar>
          </w:tcPr>
          <w:p w14:paraId="5C5827B4" w14:textId="77777777" w:rsidR="006D4CF8" w:rsidRPr="007375A4" w:rsidRDefault="006D4CF8">
            <w:pPr>
              <w:rPr>
                <w:rFonts w:ascii="Yekan Bakh FaNum VF Black" w:hAnsi="Yekan Bakh FaNum VF Black" w:cs="Yekan Bakh FaNum VF Black"/>
              </w:rPr>
            </w:pPr>
          </w:p>
          <w:p w14:paraId="3CF80FBA" w14:textId="77777777" w:rsidR="006D4CF8" w:rsidRPr="007375A4" w:rsidRDefault="00000000" w:rsidP="00F1300A">
            <w:pPr>
              <w:pBdr>
                <w:bottom w:val="single" w:sz="8" w:space="3" w:color="3E6F9D"/>
              </w:pBdr>
              <w:bidi/>
              <w:spacing w:before="80" w:after="40"/>
              <w:jc w:val="center"/>
              <w:rPr>
                <w:rFonts w:ascii="Yekan Bakh FaNum VF Black" w:hAnsi="Yekan Bakh FaNum VF Black" w:cs="Yekan Bakh FaNum VF Black"/>
              </w:rPr>
            </w:pPr>
            <w:r w:rsidRPr="007375A4">
              <w:rPr>
                <w:rFonts w:ascii="Yekan Bakh FaNum VF Black" w:hAnsi="Yekan Bakh FaNum VF Black" w:cs="Yekan Bakh FaNum VF Black"/>
                <w:b/>
                <w:color w:val="0F315B"/>
                <w:sz w:val="21"/>
                <w:rtl/>
              </w:rPr>
              <w:t>ابزارها و مهارت‌ها</w:t>
            </w:r>
          </w:p>
          <w:p w14:paraId="138020F3" w14:textId="77777777" w:rsidR="006D4CF8" w:rsidRPr="007375A4" w:rsidRDefault="00000000" w:rsidP="00F1300A">
            <w:pPr>
              <w:bidi/>
              <w:spacing w:after="30" w:line="264" w:lineRule="auto"/>
              <w:ind w:right="85" w:hanging="85"/>
              <w:rPr>
                <w:rFonts w:ascii="Yekan Bakh FaNum VF Black" w:hAnsi="Yekan Bakh FaNum VF Black" w:cs="Yekan Bakh FaNum VF Black"/>
              </w:rPr>
            </w:pPr>
            <w:r w:rsidRPr="007375A4">
              <w:rPr>
                <w:rFonts w:ascii="Yekan Bakh FaNum VF Black" w:hAnsi="Yekan Bakh FaNum VF Black" w:cs="Yekan Bakh FaNum VF Black"/>
                <w:color w:val="333333"/>
                <w:sz w:val="17"/>
                <w:rtl/>
              </w:rPr>
              <w:t>• [ابزار/نرم‌افزار اول]</w:t>
            </w:r>
          </w:p>
          <w:p w14:paraId="357CBD9B" w14:textId="77777777" w:rsidR="006D4CF8" w:rsidRPr="007375A4" w:rsidRDefault="00000000" w:rsidP="00F1300A">
            <w:pPr>
              <w:bidi/>
              <w:spacing w:after="30" w:line="264" w:lineRule="auto"/>
              <w:ind w:right="85" w:hanging="85"/>
              <w:rPr>
                <w:rFonts w:ascii="Yekan Bakh FaNum VF Black" w:hAnsi="Yekan Bakh FaNum VF Black" w:cs="Yekan Bakh FaNum VF Black"/>
              </w:rPr>
            </w:pPr>
            <w:r w:rsidRPr="007375A4">
              <w:rPr>
                <w:rFonts w:ascii="Yekan Bakh FaNum VF Black" w:hAnsi="Yekan Bakh FaNum VF Black" w:cs="Yekan Bakh FaNum VF Black"/>
                <w:color w:val="333333"/>
                <w:sz w:val="17"/>
                <w:rtl/>
              </w:rPr>
              <w:t>• [ابزار/نرم‌افزار دوم]</w:t>
            </w:r>
          </w:p>
          <w:p w14:paraId="0D82A70C" w14:textId="77777777" w:rsidR="006D4CF8" w:rsidRPr="007375A4" w:rsidRDefault="00000000" w:rsidP="00F1300A">
            <w:pPr>
              <w:bidi/>
              <w:spacing w:after="30" w:line="264" w:lineRule="auto"/>
              <w:ind w:right="85" w:hanging="85"/>
              <w:rPr>
                <w:rFonts w:ascii="Yekan Bakh FaNum VF Black" w:hAnsi="Yekan Bakh FaNum VF Black" w:cs="Yekan Bakh FaNum VF Black"/>
              </w:rPr>
            </w:pPr>
            <w:r w:rsidRPr="007375A4">
              <w:rPr>
                <w:rFonts w:ascii="Yekan Bakh FaNum VF Black" w:hAnsi="Yekan Bakh FaNum VF Black" w:cs="Yekan Bakh FaNum VF Black"/>
                <w:color w:val="333333"/>
                <w:sz w:val="17"/>
                <w:rtl/>
              </w:rPr>
              <w:t>• [مهارت تحلیلی]</w:t>
            </w:r>
          </w:p>
          <w:p w14:paraId="684F32A0" w14:textId="77777777" w:rsidR="006D4CF8" w:rsidRPr="007375A4" w:rsidRDefault="00000000" w:rsidP="00F1300A">
            <w:pPr>
              <w:bidi/>
              <w:spacing w:after="30" w:line="264" w:lineRule="auto"/>
              <w:ind w:right="85" w:hanging="85"/>
              <w:rPr>
                <w:rFonts w:ascii="Yekan Bakh FaNum VF Black" w:hAnsi="Yekan Bakh FaNum VF Black" w:cs="Yekan Bakh FaNum VF Black"/>
              </w:rPr>
            </w:pPr>
            <w:r w:rsidRPr="007375A4">
              <w:rPr>
                <w:rFonts w:ascii="Yekan Bakh FaNum VF Black" w:hAnsi="Yekan Bakh FaNum VF Black" w:cs="Yekan Bakh FaNum VF Black"/>
                <w:color w:val="333333"/>
                <w:sz w:val="17"/>
                <w:rtl/>
              </w:rPr>
              <w:t>• [مهارت ارتباطی]</w:t>
            </w:r>
          </w:p>
          <w:p w14:paraId="415617F7" w14:textId="77777777" w:rsidR="006D4CF8" w:rsidRPr="007375A4" w:rsidRDefault="00000000" w:rsidP="00F1300A">
            <w:pPr>
              <w:pBdr>
                <w:bottom w:val="single" w:sz="8" w:space="3" w:color="3E6F9D"/>
              </w:pBdr>
              <w:bidi/>
              <w:spacing w:before="80" w:after="40"/>
              <w:rPr>
                <w:rFonts w:ascii="Yekan Bakh FaNum VF Black" w:hAnsi="Yekan Bakh FaNum VF Black" w:cs="Yekan Bakh FaNum VF Black"/>
              </w:rPr>
            </w:pPr>
            <w:r w:rsidRPr="007375A4">
              <w:rPr>
                <w:rFonts w:ascii="Yekan Bakh FaNum VF Black" w:hAnsi="Yekan Bakh FaNum VF Black" w:cs="Yekan Bakh FaNum VF Black"/>
                <w:b/>
                <w:color w:val="0F315B"/>
                <w:sz w:val="21"/>
                <w:rtl/>
              </w:rPr>
              <w:t>زبان‌ها</w:t>
            </w:r>
          </w:p>
          <w:p w14:paraId="1EE23187" w14:textId="77777777" w:rsidR="006D4CF8" w:rsidRPr="007375A4" w:rsidRDefault="00000000" w:rsidP="00F1300A">
            <w:pPr>
              <w:bidi/>
              <w:spacing w:line="264" w:lineRule="auto"/>
              <w:rPr>
                <w:rFonts w:ascii="Yekan Bakh FaNum VF Black" w:hAnsi="Yekan Bakh FaNum VF Black" w:cs="Yekan Bakh FaNum VF Black"/>
              </w:rPr>
            </w:pPr>
            <w:r w:rsidRPr="007375A4">
              <w:rPr>
                <w:rFonts w:ascii="Yekan Bakh FaNum VF Black" w:hAnsi="Yekan Bakh FaNum VF Black" w:cs="Yekan Bakh FaNum VF Black"/>
                <w:color w:val="333333"/>
                <w:sz w:val="17"/>
                <w:rtl/>
              </w:rPr>
              <w:t>فارسی: زبان مادری</w:t>
            </w:r>
            <w:r w:rsidRPr="007375A4">
              <w:rPr>
                <w:rFonts w:ascii="Yekan Bakh FaNum VF Black" w:hAnsi="Yekan Bakh FaNum VF Black" w:cs="Yekan Bakh FaNum VF Black"/>
                <w:color w:val="333333"/>
                <w:sz w:val="17"/>
                <w:rtl/>
              </w:rPr>
              <w:br/>
              <w:t>انگلیسی: [سطح]</w:t>
            </w:r>
          </w:p>
        </w:tc>
        <w:tc>
          <w:tcPr>
            <w:tcW w:w="6690" w:type="dxa"/>
            <w:tcMar>
              <w:top w:w="70" w:type="dxa"/>
              <w:left w:w="170" w:type="dxa"/>
              <w:bottom w:w="0" w:type="dxa"/>
              <w:right w:w="0" w:type="dxa"/>
            </w:tcMar>
          </w:tcPr>
          <w:p w14:paraId="6692D6DE" w14:textId="77777777" w:rsidR="006D4CF8" w:rsidRPr="007375A4" w:rsidRDefault="006D4CF8">
            <w:pPr>
              <w:rPr>
                <w:rFonts w:ascii="Yekan Bakh FaNum VF Black" w:hAnsi="Yekan Bakh FaNum VF Black" w:cs="Yekan Bakh FaNum VF Black"/>
              </w:rPr>
            </w:pPr>
          </w:p>
          <w:p w14:paraId="2A49DFC9" w14:textId="77777777" w:rsidR="006D4CF8" w:rsidRPr="007375A4" w:rsidRDefault="00000000" w:rsidP="00F1300A">
            <w:pPr>
              <w:pBdr>
                <w:bottom w:val="single" w:sz="8" w:space="3" w:color="3E6F9D"/>
              </w:pBdr>
              <w:bidi/>
              <w:spacing w:before="80" w:after="40"/>
              <w:jc w:val="center"/>
              <w:rPr>
                <w:rFonts w:ascii="Yekan Bakh FaNum VF Black" w:hAnsi="Yekan Bakh FaNum VF Black" w:cs="Yekan Bakh FaNum VF Black"/>
              </w:rPr>
            </w:pPr>
            <w:r w:rsidRPr="007375A4">
              <w:rPr>
                <w:rFonts w:ascii="Yekan Bakh FaNum VF Black" w:hAnsi="Yekan Bakh FaNum VF Black" w:cs="Yekan Bakh FaNum VF Black"/>
                <w:b/>
                <w:color w:val="0F315B"/>
                <w:sz w:val="21"/>
                <w:rtl/>
              </w:rPr>
              <w:t>پروژه‌ها و نمونه‌کارها</w:t>
            </w:r>
          </w:p>
          <w:p w14:paraId="6F1AF364" w14:textId="77777777" w:rsidR="006D4CF8" w:rsidRPr="007375A4" w:rsidRDefault="00000000" w:rsidP="00F1300A">
            <w:pPr>
              <w:bidi/>
              <w:spacing w:after="30" w:line="264" w:lineRule="auto"/>
              <w:ind w:right="85" w:hanging="85"/>
              <w:rPr>
                <w:rFonts w:ascii="Yekan Bakh FaNum VF Black" w:hAnsi="Yekan Bakh FaNum VF Black" w:cs="Yekan Bakh FaNum VF Black"/>
              </w:rPr>
            </w:pPr>
            <w:r w:rsidRPr="007375A4">
              <w:rPr>
                <w:rFonts w:ascii="Yekan Bakh FaNum VF Black" w:hAnsi="Yekan Bakh FaNum VF Black" w:cs="Yekan Bakh FaNum VF Black"/>
                <w:color w:val="333333"/>
                <w:sz w:val="17"/>
                <w:rtl/>
              </w:rPr>
              <w:t>• [نام پروژه]: مسئله، نقش شما و خروجی نهایی.</w:t>
            </w:r>
          </w:p>
          <w:p w14:paraId="77F82734" w14:textId="77777777" w:rsidR="006D4CF8" w:rsidRPr="007375A4" w:rsidRDefault="00000000" w:rsidP="00F1300A">
            <w:pPr>
              <w:bidi/>
              <w:spacing w:after="30" w:line="264" w:lineRule="auto"/>
              <w:ind w:right="85" w:hanging="85"/>
              <w:rPr>
                <w:rFonts w:ascii="Yekan Bakh FaNum VF Black" w:hAnsi="Yekan Bakh FaNum VF Black" w:cs="Yekan Bakh FaNum VF Black"/>
              </w:rPr>
            </w:pPr>
            <w:r w:rsidRPr="007375A4">
              <w:rPr>
                <w:rFonts w:ascii="Yekan Bakh FaNum VF Black" w:hAnsi="Yekan Bakh FaNum VF Black" w:cs="Yekan Bakh FaNum VF Black"/>
                <w:color w:val="333333"/>
                <w:sz w:val="17"/>
                <w:rtl/>
              </w:rPr>
              <w:t>• [نام پروژه دوم]: لینک یا توضیح کوتاه.</w:t>
            </w:r>
          </w:p>
          <w:p w14:paraId="0604FB0B" w14:textId="77777777" w:rsidR="006D4CF8" w:rsidRPr="007375A4" w:rsidRDefault="00000000" w:rsidP="00F1300A">
            <w:pPr>
              <w:pBdr>
                <w:bottom w:val="single" w:sz="8" w:space="3" w:color="3E6F9D"/>
              </w:pBdr>
              <w:bidi/>
              <w:spacing w:before="80" w:after="40"/>
              <w:rPr>
                <w:rFonts w:ascii="Yekan Bakh FaNum VF Black" w:hAnsi="Yekan Bakh FaNum VF Black" w:cs="Yekan Bakh FaNum VF Black"/>
              </w:rPr>
            </w:pPr>
            <w:r w:rsidRPr="007375A4">
              <w:rPr>
                <w:rFonts w:ascii="Yekan Bakh FaNum VF Black" w:hAnsi="Yekan Bakh FaNum VF Black" w:cs="Yekan Bakh FaNum VF Black"/>
                <w:b/>
                <w:color w:val="0F315B"/>
                <w:sz w:val="21"/>
                <w:rtl/>
              </w:rPr>
              <w:t>تحصیلات</w:t>
            </w:r>
          </w:p>
          <w:p w14:paraId="081F7FEF" w14:textId="77777777" w:rsidR="006D4CF8" w:rsidRPr="007375A4" w:rsidRDefault="00000000" w:rsidP="00F1300A">
            <w:pPr>
              <w:bidi/>
              <w:rPr>
                <w:rFonts w:ascii="Yekan Bakh FaNum VF Black" w:hAnsi="Yekan Bakh FaNum VF Black" w:cs="Yekan Bakh FaNum VF Black"/>
              </w:rPr>
            </w:pPr>
            <w:r w:rsidRPr="007375A4">
              <w:rPr>
                <w:rFonts w:ascii="Yekan Bakh FaNum VF Black" w:hAnsi="Yekan Bakh FaNum VF Black" w:cs="Yekan Bakh FaNum VF Black"/>
                <w:color w:val="333333"/>
                <w:sz w:val="17"/>
                <w:rtl/>
              </w:rPr>
              <w:t>[رشته و مقطع] — [دانشگاه]، [سال]</w:t>
            </w:r>
          </w:p>
        </w:tc>
      </w:tr>
    </w:tbl>
    <w:p w14:paraId="1243E158" w14:textId="77777777" w:rsidR="00F57887" w:rsidRDefault="00F57887"/>
    <w:sectPr w:rsidR="00F57887" w:rsidSect="00034616">
      <w:footerReference w:type="default" r:id="rId8"/>
      <w:pgSz w:w="11906" w:h="16838"/>
      <w:pgMar w:top="482" w:right="567" w:bottom="539" w:left="567" w:header="227" w:footer="22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2790B5" w14:textId="77777777" w:rsidR="00DF6F1E" w:rsidRDefault="00DF6F1E">
      <w:pPr>
        <w:spacing w:line="240" w:lineRule="auto"/>
      </w:pPr>
      <w:r>
        <w:separator/>
      </w:r>
    </w:p>
  </w:endnote>
  <w:endnote w:type="continuationSeparator" w:id="0">
    <w:p w14:paraId="333974DB" w14:textId="77777777" w:rsidR="00DF6F1E" w:rsidRDefault="00DF6F1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1" w:subsetted="1" w:fontKey="{FD7D9CF3-C418-4D59-A547-CA7131C0324C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notTrueType/>
    <w:pitch w:val="variable"/>
    <w:sig w:usb0="00000003" w:usb1="00000000" w:usb2="00000000" w:usb3="00000000" w:csb0="00000001" w:csb1="00000000"/>
  </w:font>
  <w:font w:name="Yekan Bakh FaNum VF Black">
    <w:panose1 w:val="00000000000000000000"/>
    <w:charset w:val="00"/>
    <w:family w:val="auto"/>
    <w:pitch w:val="variable"/>
    <w:sig w:usb0="80002003" w:usb1="9000216A" w:usb2="00000028" w:usb3="00000000" w:csb0="00000041" w:csb1="00000000"/>
    <w:embedRegular r:id="rId2" w:fontKey="{40A541D2-5C04-47BA-B0B8-F0DA0C85A9C6}"/>
    <w:embedBold r:id="rId3" w:fontKey="{A9C597DF-5F98-44DC-897B-CFAEC4B98BE9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6370D7" w14:textId="2EECAF10" w:rsidR="007375A4" w:rsidRPr="007375A4" w:rsidRDefault="007375A4" w:rsidP="007375A4">
    <w:pPr>
      <w:pStyle w:val="Footer"/>
      <w:bidi/>
      <w:jc w:val="center"/>
      <w:rPr>
        <w:rFonts w:hint="cs"/>
        <w:color w:val="7A7A7A"/>
        <w:sz w:val="15"/>
        <w:lang w:bidi="fa-IR"/>
      </w:rPr>
    </w:pPr>
    <w:r>
      <w:rPr>
        <w:rFonts w:hint="cs"/>
        <w:color w:val="7A7A7A"/>
        <w:sz w:val="15"/>
        <w:rtl/>
        <w:lang w:bidi="fa-IR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F09571" w14:textId="77777777" w:rsidR="00DF6F1E" w:rsidRDefault="00DF6F1E">
      <w:pPr>
        <w:spacing w:line="240" w:lineRule="auto"/>
      </w:pPr>
      <w:r>
        <w:separator/>
      </w:r>
    </w:p>
  </w:footnote>
  <w:footnote w:type="continuationSeparator" w:id="0">
    <w:p w14:paraId="6F3E0809" w14:textId="77777777" w:rsidR="00DF6F1E" w:rsidRDefault="00DF6F1E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476724190">
    <w:abstractNumId w:val="8"/>
  </w:num>
  <w:num w:numId="2" w16cid:durableId="1168210801">
    <w:abstractNumId w:val="6"/>
  </w:num>
  <w:num w:numId="3" w16cid:durableId="74396410">
    <w:abstractNumId w:val="5"/>
  </w:num>
  <w:num w:numId="4" w16cid:durableId="1811245310">
    <w:abstractNumId w:val="4"/>
  </w:num>
  <w:num w:numId="5" w16cid:durableId="674647476">
    <w:abstractNumId w:val="7"/>
  </w:num>
  <w:num w:numId="6" w16cid:durableId="843934627">
    <w:abstractNumId w:val="3"/>
  </w:num>
  <w:num w:numId="7" w16cid:durableId="2080667834">
    <w:abstractNumId w:val="2"/>
  </w:num>
  <w:num w:numId="8" w16cid:durableId="765346043">
    <w:abstractNumId w:val="1"/>
  </w:num>
  <w:num w:numId="9" w16cid:durableId="10459559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saveSubset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483E88"/>
    <w:rsid w:val="006D4CF8"/>
    <w:rsid w:val="007375A4"/>
    <w:rsid w:val="009B42B7"/>
    <w:rsid w:val="00AA1D8D"/>
    <w:rsid w:val="00B47730"/>
    <w:rsid w:val="00CB0664"/>
    <w:rsid w:val="00DF6F1E"/>
    <w:rsid w:val="00F1300A"/>
    <w:rsid w:val="00F57887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A384835"/>
  <w14:defaultImageDpi w14:val="330"/>
  <w15:docId w15:val="{2CBB0393-0726-4008-8D27-D52D9BD9BF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pPr>
      <w:spacing w:after="0"/>
    </w:pPr>
    <w:rPr>
      <w:rFonts w:ascii="Tahoma" w:eastAsia="Tahoma" w:hAnsi="Tahoma" w:cs="Tahoma"/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148</Words>
  <Characters>848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995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Hermes Learn</cp:lastModifiedBy>
  <cp:revision>4</cp:revision>
  <dcterms:created xsi:type="dcterms:W3CDTF">2013-12-23T23:15:00Z</dcterms:created>
  <dcterms:modified xsi:type="dcterms:W3CDTF">2026-08-03T10:31:00Z</dcterms:modified>
  <cp:category/>
</cp:coreProperties>
</file>