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فاکتور فروش رسمی شرکتی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2636"/>
          </w:tcPr>
          <w:p>
            <w:r>
              <w:t>نام شرکت فروشنده:</w:t>
            </w:r>
          </w:p>
        </w:tc>
        <w:tc>
          <w:tcPr>
            <w:tcW w:type="dxa" w:w="2636"/>
          </w:tcPr>
          <w:p>
            <w:r/>
          </w:p>
        </w:tc>
        <w:tc>
          <w:tcPr>
            <w:tcW w:type="dxa" w:w="2636"/>
          </w:tcPr>
          <w:p>
            <w:r>
              <w:t>شماره فاکتور:</w:t>
            </w:r>
          </w:p>
        </w:tc>
        <w:tc>
          <w:tcPr>
            <w:tcW w:type="dxa" w:w="2636"/>
          </w:tcPr>
          <w:p>
            <w:r/>
          </w:p>
        </w:tc>
      </w:tr>
      <w:tr>
        <w:tc>
          <w:tcPr>
            <w:tcW w:type="dxa" w:w="2636"/>
          </w:tcPr>
          <w:p>
            <w:r>
              <w:t>شناسه ملی / شماره اقتصادی:</w:t>
            </w:r>
          </w:p>
        </w:tc>
        <w:tc>
          <w:tcPr>
            <w:tcW w:type="dxa" w:w="2636"/>
          </w:tcPr>
          <w:p>
            <w:r/>
          </w:p>
        </w:tc>
        <w:tc>
          <w:tcPr>
            <w:tcW w:type="dxa" w:w="2636"/>
          </w:tcPr>
          <w:p>
            <w:r>
              <w:t>تاریخ صدور:</w:t>
            </w:r>
          </w:p>
        </w:tc>
        <w:tc>
          <w:tcPr>
            <w:tcW w:type="dxa" w:w="2636"/>
          </w:tcPr>
          <w:p>
            <w:r/>
          </w:p>
        </w:tc>
      </w:tr>
      <w:tr>
        <w:tc>
          <w:tcPr>
            <w:tcW w:type="dxa" w:w="2636"/>
          </w:tcPr>
          <w:p>
            <w:r>
              <w:t>کد ملی / شناسه مشتری:</w:t>
            </w:r>
          </w:p>
        </w:tc>
        <w:tc>
          <w:tcPr>
            <w:tcW w:type="dxa" w:w="2636"/>
          </w:tcPr>
          <w:p>
            <w:r/>
          </w:p>
        </w:tc>
        <w:tc>
          <w:tcPr>
            <w:tcW w:type="dxa" w:w="2636"/>
          </w:tcPr>
          <w:p>
            <w:r>
              <w:t>شماره پیوست:</w:t>
            </w:r>
          </w:p>
        </w:tc>
        <w:tc>
          <w:tcPr>
            <w:tcW w:type="dxa" w:w="2636"/>
          </w:tcPr>
          <w:p>
            <w:r/>
          </w:p>
        </w:tc>
      </w:tr>
      <w:tr>
        <w:tc>
          <w:tcPr>
            <w:tcW w:type="dxa" w:w="2636"/>
          </w:tcPr>
          <w:p>
            <w:r>
              <w:t>نشانی و شماره تماس:</w:t>
            </w:r>
          </w:p>
        </w:tc>
        <w:tc>
          <w:tcPr>
            <w:tcW w:type="dxa" w:w="2636"/>
          </w:tcPr>
          <w:p>
            <w:r/>
          </w:p>
        </w:tc>
        <w:tc>
          <w:tcPr>
            <w:tcW w:type="dxa" w:w="2636"/>
          </w:tcPr>
          <w:p>
            <w:r>
              <w:t>کد پستی:</w:t>
            </w:r>
          </w:p>
        </w:tc>
        <w:tc>
          <w:tcPr>
            <w:tcW w:type="dxa" w:w="263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2636"/>
          </w:tcPr>
          <w:p>
            <w:r>
              <w:t>مشخصات خریدار</w:t>
            </w:r>
          </w:p>
        </w:tc>
        <w:tc>
          <w:tcPr>
            <w:tcW w:type="dxa" w:w="2636"/>
          </w:tcPr>
          <w:p>
            <w:r/>
          </w:p>
        </w:tc>
        <w:tc>
          <w:tcPr>
            <w:tcW w:type="dxa" w:w="2636"/>
          </w:tcPr>
          <w:p>
            <w:r/>
          </w:p>
        </w:tc>
        <w:tc>
          <w:tcPr>
            <w:tcW w:type="dxa" w:w="2636"/>
          </w:tcPr>
          <w:p>
            <w:r/>
          </w:p>
        </w:tc>
      </w:tr>
      <w:tr>
        <w:tc>
          <w:tcPr>
            <w:tcW w:type="dxa" w:w="2636"/>
          </w:tcPr>
          <w:p>
            <w:r>
              <w:t>نام شخص / شرکت:</w:t>
            </w:r>
          </w:p>
        </w:tc>
        <w:tc>
          <w:tcPr>
            <w:tcW w:type="dxa" w:w="2636"/>
          </w:tcPr>
          <w:p>
            <w:r/>
          </w:p>
        </w:tc>
        <w:tc>
          <w:tcPr>
            <w:tcW w:type="dxa" w:w="2636"/>
          </w:tcPr>
          <w:p>
            <w:r>
              <w:t>شماره تماس:</w:t>
            </w:r>
          </w:p>
        </w:tc>
        <w:tc>
          <w:tcPr>
            <w:tcW w:type="dxa" w:w="2636"/>
          </w:tcPr>
          <w:p>
            <w:r/>
          </w:p>
        </w:tc>
      </w:tr>
      <w:tr>
        <w:tc>
          <w:tcPr>
            <w:tcW w:type="dxa" w:w="2636"/>
          </w:tcPr>
          <w:p>
            <w:r>
              <w:t>نشانی کامل:</w:t>
            </w:r>
          </w:p>
        </w:tc>
        <w:tc>
          <w:tcPr>
            <w:tcW w:type="dxa" w:w="2636"/>
          </w:tcPr>
          <w:p>
            <w:r/>
          </w:p>
        </w:tc>
        <w:tc>
          <w:tcPr>
            <w:tcW w:type="dxa" w:w="2636"/>
          </w:tcPr>
          <w:p>
            <w:r>
              <w:t>کد پستی:</w:t>
            </w:r>
          </w:p>
        </w:tc>
        <w:tc>
          <w:tcPr>
            <w:tcW w:type="dxa" w:w="263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18"/>
        <w:gridCol w:w="1318"/>
        <w:gridCol w:w="1318"/>
        <w:gridCol w:w="1318"/>
        <w:gridCol w:w="1318"/>
        <w:gridCol w:w="1318"/>
        <w:gridCol w:w="1318"/>
        <w:gridCol w:w="1318"/>
      </w:tblGrid>
      <w:tr>
        <w:tc>
          <w:tcPr>
            <w:tcW w:type="dxa" w:w="1318"/>
          </w:tcPr>
          <w:p>
            <w:r>
              <w:t>ردیف</w:t>
            </w:r>
          </w:p>
        </w:tc>
        <w:tc>
          <w:tcPr>
            <w:tcW w:type="dxa" w:w="1318"/>
          </w:tcPr>
          <w:p>
            <w:r>
              <w:t>شرح کالا / خدمات</w:t>
            </w:r>
          </w:p>
        </w:tc>
        <w:tc>
          <w:tcPr>
            <w:tcW w:type="dxa" w:w="1318"/>
          </w:tcPr>
          <w:p>
            <w:r>
              <w:t>تعداد</w:t>
            </w:r>
          </w:p>
        </w:tc>
        <w:tc>
          <w:tcPr>
            <w:tcW w:type="dxa" w:w="1318"/>
          </w:tcPr>
          <w:p>
            <w:r>
              <w:t>واحد</w:t>
            </w:r>
          </w:p>
        </w:tc>
        <w:tc>
          <w:tcPr>
            <w:tcW w:type="dxa" w:w="1318"/>
          </w:tcPr>
          <w:p>
            <w:r>
              <w:t>قیمت واحد</w:t>
            </w:r>
          </w:p>
        </w:tc>
        <w:tc>
          <w:tcPr>
            <w:tcW w:type="dxa" w:w="1318"/>
          </w:tcPr>
          <w:p>
            <w:r>
              <w:t>تخفیف</w:t>
            </w:r>
          </w:p>
        </w:tc>
        <w:tc>
          <w:tcPr>
            <w:tcW w:type="dxa" w:w="1318"/>
          </w:tcPr>
          <w:p>
            <w:r>
              <w:t>مالیات</w:t>
            </w:r>
          </w:p>
        </w:tc>
        <w:tc>
          <w:tcPr>
            <w:tcW w:type="dxa" w:w="1318"/>
          </w:tcPr>
          <w:p>
            <w:r>
              <w:t>مبلغ کل</w:t>
            </w:r>
          </w:p>
        </w:tc>
      </w:tr>
      <w:tr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</w:tr>
      <w:tr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</w:tr>
      <w:tr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</w:tr>
      <w:tr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</w:tr>
      <w:tr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</w:tr>
      <w:tr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</w:tr>
      <w:tr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</w:tr>
      <w:tr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  <w:tc>
          <w:tcPr>
            <w:tcW w:type="dxa" w:w="131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</w:tcPr>
          <w:p>
            <w:r>
              <w:t>جمع مبلغ:</w:t>
            </w:r>
          </w:p>
        </w:tc>
        <w:tc>
          <w:tcPr>
            <w:tcW w:type="dxa" w:w="5273"/>
          </w:tcPr>
          <w:p>
            <w:r/>
          </w:p>
        </w:tc>
      </w:tr>
      <w:tr>
        <w:tc>
          <w:tcPr>
            <w:tcW w:type="dxa" w:w="5273"/>
          </w:tcPr>
          <w:p>
            <w:r>
              <w:t>تخفیف:</w:t>
            </w:r>
          </w:p>
        </w:tc>
        <w:tc>
          <w:tcPr>
            <w:tcW w:type="dxa" w:w="5273"/>
          </w:tcPr>
          <w:p>
            <w:r/>
          </w:p>
        </w:tc>
      </w:tr>
      <w:tr>
        <w:tc>
          <w:tcPr>
            <w:tcW w:type="dxa" w:w="5273"/>
          </w:tcPr>
          <w:p>
            <w:r>
              <w:t>مالیات و عوارض:</w:t>
            </w:r>
          </w:p>
        </w:tc>
        <w:tc>
          <w:tcPr>
            <w:tcW w:type="dxa" w:w="5273"/>
          </w:tcPr>
          <w:p>
            <w:r/>
          </w:p>
        </w:tc>
      </w:tr>
      <w:tr>
        <w:tc>
          <w:tcPr>
            <w:tcW w:type="dxa" w:w="5273"/>
          </w:tcPr>
          <w:p>
            <w:r>
              <w:t>مبلغ نهایی قابل پرداخت:</w:t>
            </w:r>
          </w:p>
        </w:tc>
        <w:tc>
          <w:tcPr>
            <w:tcW w:type="dxa" w:w="5273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</w:tcPr>
          <w:p>
            <w:r>
              <w:t>مهر و امضا فروشنده</w:t>
            </w:r>
          </w:p>
        </w:tc>
        <w:tc>
          <w:tcPr>
            <w:tcW w:type="dxa" w:w="5273"/>
          </w:tcPr>
          <w:p>
            <w:r>
              <w:t>امضا خریدار</w:t>
            </w:r>
          </w:p>
        </w:tc>
      </w:tr>
      <w:tr>
        <w:tc>
          <w:tcPr>
            <w:tcW w:type="dxa" w:w="5273"/>
          </w:tcPr>
          <w:p>
            <w:r/>
          </w:p>
        </w:tc>
        <w:tc>
          <w:tcPr>
            <w:tcW w:type="dxa" w:w="5273"/>
          </w:tcPr>
          <w:p>
            <w:r/>
          </w:p>
        </w:tc>
      </w:tr>
    </w:tbl>
    <w:p>
      <w:r>
        <w:t>توضیحات: این قالب برای طراحی فاکتور شرکتی تهیه شده و بسته به قوانین مالیاتی و نیاز سازمان قابل تنظیم است.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 Nazanin" w:hAnsi="B Nazani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